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a"/>
        <w:bidiVisual/>
        <w:tblW w:w="11163" w:type="dxa"/>
        <w:jc w:val="center"/>
        <w:tblInd w:w="-531" w:type="dxa"/>
        <w:tblLook w:val="04A0" w:firstRow="1" w:lastRow="0" w:firstColumn="1" w:lastColumn="0" w:noHBand="0" w:noVBand="1"/>
      </w:tblPr>
      <w:tblGrid>
        <w:gridCol w:w="11163"/>
      </w:tblGrid>
      <w:tr w:rsidR="002C70F9" w:rsidRPr="002C70F9" w:rsidTr="002C70F9">
        <w:trPr>
          <w:trHeight w:val="530"/>
          <w:jc w:val="center"/>
        </w:trPr>
        <w:tc>
          <w:tcPr>
            <w:tcW w:w="11163" w:type="dxa"/>
            <w:vAlign w:val="center"/>
          </w:tcPr>
          <w:p w:rsidR="002C70F9" w:rsidRPr="002C70F9" w:rsidRDefault="002C70F9" w:rsidP="002C70F9">
            <w:pPr>
              <w:pStyle w:val="1"/>
              <w:bidi/>
              <w:jc w:val="center"/>
              <w:outlineLvl w:val="0"/>
              <w:rPr>
                <w:rFonts w:asciiTheme="majorBidi" w:hAnsiTheme="majorBidi"/>
                <w:sz w:val="32"/>
                <w:szCs w:val="32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السيرة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</w:t>
            </w: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العلمية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(Academic Curriculum Vitae)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المعلومات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الشخصية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الكامل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8A7C5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نغم سعدون ابراهيم خلف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اللقب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العلمي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8A7C5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استاذ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العام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8A7C5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علوم الحباة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الدقيق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8A7C5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فسلجة نبات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الكلية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8A7C5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جامعة ديالى/ كلية التربية للعلوم الصرفة/ قسم علوم الحياة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البريد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الإلكتروني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الرسمي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8A7C5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hyperlink r:id="rId7" w:history="1">
              <w:r w:rsidR="008A7C5A" w:rsidRPr="00F62D80">
                <w:rPr>
                  <w:rStyle w:val="Hyperlink"/>
                  <w:rFonts w:asciiTheme="majorBidi" w:hAnsiTheme="majorBidi" w:cstheme="majorBidi"/>
                  <w:b/>
                  <w:bCs/>
                  <w:sz w:val="24"/>
                  <w:szCs w:val="24"/>
                </w:rPr>
                <w:t>basicsci1@uodiyala.edu.iq</w:t>
              </w:r>
            </w:hyperlink>
            <w:r w:rsidR="008A7C5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رقم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الهاتف</w:t>
            </w: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(اختياري)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المؤهلات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الدكتوراه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8A7C5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فسلجة نبات-</w:t>
            </w:r>
            <w:r w:rsidR="008A7C5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USM </w:t>
            </w:r>
            <w:r w:rsidR="008A7C5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الماليزيا- ماليزيا- 2016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8A7C5A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الماجستير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8A7C5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فسلجة نبات- جامعة ديالى </w:t>
            </w:r>
            <w:r w:rsidR="008A7C5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8A7C5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العراق- 2006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البكالوريوس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8A7C5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علوم الحياة </w:t>
            </w:r>
            <w:r w:rsidR="008A7C5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8A7C5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جامعة بغداد </w:t>
            </w:r>
            <w:r w:rsidR="008A7C5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8A7C5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العراق- 1998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الخبرة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الأكاديمية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التدريس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8A7C5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25 سنة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8A7C5A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المواد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تدريسها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8A7C5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فسلجة نبات - تصنيف نبات- البيئة والتلوث </w:t>
            </w:r>
            <w:r w:rsidR="0040461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8A7C5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0461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هرمونات ومنظمات النمو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الإشراف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على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الرسائل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والأطاريح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40461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3 اطاريح دكتوراه  -  5 رسائل ماجستير -  3 بحوث دبلوم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الاهتمامات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البحثية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  <w:lang w:bidi="ar-IQ"/>
              </w:rPr>
              <w:t xml:space="preserve"> (اختاري)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-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الإنتاج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</w:rPr>
              <w:t xml:space="preserve"> (اعداد)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5414B8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العدد الكلي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لبحوث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المنشورة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40461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23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641BEC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Scopus:</w:t>
            </w:r>
            <w:r w:rsidR="0040461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:   </w:t>
            </w:r>
            <w:r w:rsidR="00641BE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Web of Science: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CE04AD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بحوث عربية ومحلية:</w:t>
            </w:r>
            <w:r w:rsidR="00641BE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E04A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18</w:t>
            </w:r>
            <w:bookmarkStart w:id="0" w:name="_GoBack"/>
            <w:bookmarkEnd w:id="0"/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الروابط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641BEC">
            <w:pPr>
              <w:pStyle w:val="a0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Google Scholar:</w:t>
            </w:r>
            <w:r w:rsidR="00641BE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:    </w:t>
            </w:r>
            <w:r w:rsidR="00641BEC" w:rsidRPr="00641BE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https://scholar.google.com/citations?user=Sm7HiIwAAAAJ&amp;hl=en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641BEC">
            <w:pPr>
              <w:pStyle w:val="a0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Scopus Author ID:</w:t>
            </w:r>
            <w:r w:rsidR="00641BE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:  </w:t>
            </w:r>
            <w:r w:rsidR="00641BEC" w:rsidRPr="00641BEC">
              <w:rPr>
                <w:rFonts w:ascii="Arial" w:hAnsi="Arial" w:cs="Arial"/>
                <w:color w:val="2E2E2E"/>
                <w:shd w:val="clear" w:color="auto" w:fill="FFFFFF"/>
              </w:rPr>
              <w:t>https://www.scopus.com/authid/detail.uri?authorId=58958878200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ResearchGate</w:t>
            </w:r>
            <w:proofErr w:type="spellEnd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641BEC">
            <w:pPr>
              <w:pStyle w:val="a0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ORCID:</w:t>
            </w:r>
            <w:r w:rsidR="00641BE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:   </w:t>
            </w:r>
            <w:r w:rsidR="00641BEC" w:rsidRPr="00641BE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https://orcid.org/orcid-search/search?searchQuery=0000-0002-8258-3101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المشاركات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مؤتمرات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وندوات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641BE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7 مؤتمرات و8 ندوات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ورش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ودورات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641BE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المهارات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الإضافية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برامج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وتطبيقات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603818" w:rsidTr="002C70F9">
        <w:trPr>
          <w:jc w:val="center"/>
        </w:trPr>
        <w:tc>
          <w:tcPr>
            <w:tcW w:w="11163" w:type="dxa"/>
          </w:tcPr>
          <w:p w:rsidR="002C70F9" w:rsidRPr="00603818" w:rsidRDefault="002C70F9" w:rsidP="00641BEC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لغات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أجنبية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641BE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اللغة الانكليزية</w:t>
            </w:r>
          </w:p>
        </w:tc>
      </w:tr>
    </w:tbl>
    <w:p w:rsidR="00D8032D" w:rsidRPr="00603818" w:rsidRDefault="00D8032D" w:rsidP="002C70F9">
      <w:pPr>
        <w:pStyle w:val="a0"/>
        <w:numPr>
          <w:ilvl w:val="0"/>
          <w:numId w:val="0"/>
        </w:numPr>
        <w:bidi/>
        <w:rPr>
          <w:rFonts w:asciiTheme="majorBidi" w:hAnsiTheme="majorBidi" w:cstheme="majorBidi"/>
          <w:b/>
          <w:bCs/>
          <w:sz w:val="24"/>
          <w:szCs w:val="24"/>
        </w:rPr>
      </w:pPr>
    </w:p>
    <w:sectPr w:rsidR="00D8032D" w:rsidRPr="00603818" w:rsidSect="002C70F9">
      <w:pgSz w:w="12240" w:h="15840"/>
      <w:pgMar w:top="450" w:right="1800" w:bottom="45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2C70F9"/>
    <w:rsid w:val="00326F90"/>
    <w:rsid w:val="003A7268"/>
    <w:rsid w:val="0040461D"/>
    <w:rsid w:val="005414B8"/>
    <w:rsid w:val="00603818"/>
    <w:rsid w:val="00641BEC"/>
    <w:rsid w:val="008A7C5A"/>
    <w:rsid w:val="009B040F"/>
    <w:rsid w:val="00A02749"/>
    <w:rsid w:val="00AA1D8D"/>
    <w:rsid w:val="00B47730"/>
    <w:rsid w:val="00CB0664"/>
    <w:rsid w:val="00CE04AD"/>
    <w:rsid w:val="00D8032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a2"/>
    <w:uiPriority w:val="99"/>
    <w:unhideWhenUsed/>
    <w:rsid w:val="008A7C5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a2"/>
    <w:uiPriority w:val="99"/>
    <w:unhideWhenUsed/>
    <w:rsid w:val="008A7C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basicsci1@uodiyala.edu.iq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955799E-D764-416E-A707-4A8DAF4EB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1497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hp</cp:lastModifiedBy>
  <cp:revision>9</cp:revision>
  <dcterms:created xsi:type="dcterms:W3CDTF">2013-12-23T23:15:00Z</dcterms:created>
  <dcterms:modified xsi:type="dcterms:W3CDTF">2026-03-03T17:12:00Z</dcterms:modified>
  <cp:category/>
</cp:coreProperties>
</file>