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نصري جاسم حسين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استاذ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</w:t>
            </w:r>
            <w:proofErr w:type="spellStart"/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اللاعضوية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ديالى/ التربية للعلوم الصرفة/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245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nasry.hussien@uodiyala.edu.iq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07739307195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C24542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</w:t>
            </w:r>
            <w:proofErr w:type="spellStart"/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اللاعضوية</w:t>
            </w:r>
            <w:proofErr w:type="spellEnd"/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 الجامعة الوطنية الماليزية- ماليزيا-2019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</w:t>
            </w:r>
            <w:proofErr w:type="spellStart"/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اللاعضوية</w:t>
            </w:r>
            <w:proofErr w:type="spellEnd"/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245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الجامعة التكنلوجية- العراق - 2005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الكيمياء- الجامعة المستنصرية- العراق- 1995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 سنة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التناسقية (المرحلة الثالثة)- الكيمياء </w:t>
            </w:r>
            <w:proofErr w:type="spellStart"/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اللاعضوية</w:t>
            </w:r>
            <w:proofErr w:type="spellEnd"/>
            <w:r w:rsidR="00C245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(المرحلة الاولى)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644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12 رسالة ماجستير و 1 اطروحة دكتوراه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86442E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644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A243EE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8644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243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8644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A243EE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8644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243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A437D8">
            <w:pPr>
              <w:pStyle w:val="a0"/>
              <w:bidi/>
            </w:pPr>
            <w:r w:rsidRPr="002C70F9">
              <w:t>Google Scholar:</w:t>
            </w:r>
            <w:r w:rsidR="00A437D8">
              <w:t xml:space="preserve">  </w:t>
            </w:r>
            <w:r w:rsidR="00A437D8" w:rsidRPr="00A437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https://scholar.google.com/citations?user=RHnCajsAAAAJ&amp;hl=en&amp;oi=ao</w:t>
            </w:r>
            <w:r w:rsidR="00A437D8">
              <w:t xml:space="preserve">                                                                                          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A437D8">
            <w:pPr>
              <w:pStyle w:val="a0"/>
              <w:bidi/>
            </w:pPr>
            <w:r w:rsidRPr="002C70F9">
              <w:t>Scopus Author ID:</w:t>
            </w:r>
            <w:r w:rsidR="00A437D8">
              <w:t xml:space="preserve">    </w:t>
            </w:r>
            <w:r w:rsidR="00A437D8" w:rsidRPr="00A437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https://www.scopus.com/authid/detail.uri?authorId=57193527389</w:t>
            </w:r>
            <w:r w:rsidR="00A437D8">
              <w:t xml:space="preserve">                                                 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A5649D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649D">
              <w:t xml:space="preserve"> </w:t>
            </w:r>
            <w:hyperlink r:id="rId7" w:history="1">
              <w:r w:rsidR="00A5649D" w:rsidRPr="005C4253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https://www.researchgate.net/profile/Nasry-Hussien</w:t>
              </w:r>
            </w:hyperlink>
            <w:r w:rsidR="00A564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      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A3608D">
            <w:pPr>
              <w:pStyle w:val="a0"/>
              <w:bidi/>
              <w:rPr>
                <w:rtl/>
              </w:rPr>
            </w:pPr>
            <w:r w:rsidRPr="002C70F9">
              <w:t>ORCID:</w:t>
            </w:r>
            <w:r w:rsidR="00A3608D">
              <w:t xml:space="preserve">   </w:t>
            </w:r>
            <w:r w:rsidR="00A3608D" w:rsidRPr="00A360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https://orcid.org/0000-0002-0423-7692</w:t>
            </w:r>
            <w:r w:rsidR="00A3608D">
              <w:t xml:space="preserve">         </w:t>
            </w:r>
            <w:r w:rsidR="00A243EE">
              <w:t xml:space="preserve">                                                                                     </w:t>
            </w:r>
            <w:r w:rsidR="00A3608D">
              <w:t xml:space="preserve">                       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644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A5649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الموتمر</w:t>
            </w:r>
            <w:proofErr w:type="spellEnd"/>
            <w:r w:rsidR="00A5649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الاسيوي السابع للكيمياء التناسقية في كوالالمبور  والعديد من المؤتمرات</w:t>
            </w:r>
            <w:r w:rsidR="00991E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والندوات</w:t>
            </w:r>
            <w:r w:rsidR="00A5649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في داخل العراق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3537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العديد من ورش العمل</w:t>
            </w:r>
            <w:bookmarkStart w:id="0" w:name="_GoBack"/>
            <w:bookmarkEnd w:id="0"/>
            <w:r w:rsidR="00A5649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والدورات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5649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اللغة الانكليزية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69F7"/>
    <w:rsid w:val="0029639D"/>
    <w:rsid w:val="002C70F9"/>
    <w:rsid w:val="00326F90"/>
    <w:rsid w:val="003537B0"/>
    <w:rsid w:val="005414B8"/>
    <w:rsid w:val="00603818"/>
    <w:rsid w:val="0086442E"/>
    <w:rsid w:val="00991EC5"/>
    <w:rsid w:val="009B040F"/>
    <w:rsid w:val="00A02749"/>
    <w:rsid w:val="00A243EE"/>
    <w:rsid w:val="00A3608D"/>
    <w:rsid w:val="00A437D8"/>
    <w:rsid w:val="00A5649D"/>
    <w:rsid w:val="00AA1D8D"/>
    <w:rsid w:val="00B47730"/>
    <w:rsid w:val="00C24542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A564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A564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esearchgate.net/profile/Nasry-Hussi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0C9481-61EC-4857-97BD-0731D7D4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Al-Qaisar Technologies</Company>
  <LinksUpToDate>false</LinksUpToDate>
  <CharactersWithSpaces>1975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Lenovo</cp:lastModifiedBy>
  <cp:revision>5</cp:revision>
  <dcterms:created xsi:type="dcterms:W3CDTF">2026-02-28T17:36:00Z</dcterms:created>
  <dcterms:modified xsi:type="dcterms:W3CDTF">2026-02-28T21:25:00Z</dcterms:modified>
</cp:coreProperties>
</file>