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proofErr w:type="gramStart"/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proofErr w:type="gramEnd"/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عمر ضياء حاتم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</w:t>
            </w:r>
            <w:proofErr w:type="spellStart"/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اللاعضوية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/ كلية التربية للعلوم الصرفة / قسم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omar.dheyaa.hatem</w:t>
            </w:r>
            <w:r w:rsidR="00A57E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</w:t>
            </w:r>
            <w:proofErr w:type="gramStart"/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اختياري</w:t>
            </w:r>
            <w:proofErr w:type="gramEnd"/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proofErr w:type="gramStart"/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proofErr w:type="gramEnd"/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072A9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072A9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الكيمياء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تكريت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2022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072A9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الكيمياء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تكريت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</w:t>
            </w:r>
            <w:r w:rsidR="00072A9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2018  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proofErr w:type="gramStart"/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proofErr w:type="gramEnd"/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ثلاث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اللاعضوية العملي ، الكيمياء التناسقية العملي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proofErr w:type="gramStart"/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proofErr w:type="gramEnd"/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072A9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bookmarkStart w:id="0" w:name="_GoBack"/>
            <w:proofErr w:type="gramStart"/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خمسة</w:t>
            </w:r>
            <w:proofErr w:type="gramEnd"/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بحوث</w:t>
            </w:r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ثلاثة بحوث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بحوث عربية </w:t>
            </w:r>
            <w:proofErr w:type="gramStart"/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ومحلية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proofErr w:type="gramStart"/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proofErr w:type="gramEnd"/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2A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proofErr w:type="gramStart"/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proofErr w:type="gramEnd"/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proofErr w:type="gramStart"/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proofErr w:type="gramEnd"/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proofErr w:type="gram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A91"/>
    <w:rsid w:val="0015074B"/>
    <w:rsid w:val="0029639D"/>
    <w:rsid w:val="002C70F9"/>
    <w:rsid w:val="00326F90"/>
    <w:rsid w:val="005414B8"/>
    <w:rsid w:val="00603818"/>
    <w:rsid w:val="009B040F"/>
    <w:rsid w:val="00A02749"/>
    <w:rsid w:val="00A57ECE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E8A7CB-B7EF-4833-B153-E5A77F99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 O G A 12</cp:lastModifiedBy>
  <cp:revision>8</cp:revision>
  <dcterms:created xsi:type="dcterms:W3CDTF">2013-12-23T23:15:00Z</dcterms:created>
  <dcterms:modified xsi:type="dcterms:W3CDTF">2026-02-28T19:38:00Z</dcterms:modified>
  <cp:category/>
</cp:coreProperties>
</file>