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14:paraId="09DD4E46" w14:textId="77777777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14:paraId="18477EEF" w14:textId="77777777" w:rsidR="002C70F9" w:rsidRPr="002C70F9" w:rsidRDefault="002C70F9" w:rsidP="002C70F9">
            <w:pPr>
              <w:pStyle w:val="1"/>
              <w:bidi/>
              <w:jc w:val="center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14:paraId="3975A889" w14:textId="77777777" w:rsidTr="002C70F9">
        <w:trPr>
          <w:jc w:val="center"/>
        </w:trPr>
        <w:tc>
          <w:tcPr>
            <w:tcW w:w="11163" w:type="dxa"/>
          </w:tcPr>
          <w:p w14:paraId="0A1096CB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14:paraId="3E4F891E" w14:textId="77777777" w:rsidTr="002C70F9">
        <w:trPr>
          <w:jc w:val="center"/>
        </w:trPr>
        <w:tc>
          <w:tcPr>
            <w:tcW w:w="11163" w:type="dxa"/>
          </w:tcPr>
          <w:p w14:paraId="71CF71D9" w14:textId="69C0594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عمر حامد عبد محسن</w:t>
            </w:r>
          </w:p>
        </w:tc>
      </w:tr>
      <w:tr w:rsidR="002C70F9" w:rsidRPr="002C70F9" w14:paraId="601AA1F3" w14:textId="77777777" w:rsidTr="002C70F9">
        <w:trPr>
          <w:jc w:val="center"/>
        </w:trPr>
        <w:tc>
          <w:tcPr>
            <w:tcW w:w="11163" w:type="dxa"/>
          </w:tcPr>
          <w:p w14:paraId="0C4C2456" w14:textId="134FE83A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مدرس مساعد</w:t>
            </w:r>
          </w:p>
        </w:tc>
      </w:tr>
      <w:tr w:rsidR="002C70F9" w:rsidRPr="002C70F9" w14:paraId="0BE80A23" w14:textId="77777777" w:rsidTr="002C70F9">
        <w:trPr>
          <w:jc w:val="center"/>
        </w:trPr>
        <w:tc>
          <w:tcPr>
            <w:tcW w:w="11163" w:type="dxa"/>
          </w:tcPr>
          <w:p w14:paraId="78C3D5A5" w14:textId="474A56D1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طرائق تدريس العلوم</w:t>
            </w:r>
          </w:p>
        </w:tc>
      </w:tr>
      <w:tr w:rsidR="002C70F9" w:rsidRPr="002C70F9" w14:paraId="3C4748BF" w14:textId="77777777" w:rsidTr="002C70F9">
        <w:trPr>
          <w:jc w:val="center"/>
        </w:trPr>
        <w:tc>
          <w:tcPr>
            <w:tcW w:w="11163" w:type="dxa"/>
          </w:tcPr>
          <w:p w14:paraId="5FD9A978" w14:textId="4B9A615D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طرائق تدريس العلوم</w:t>
            </w:r>
          </w:p>
        </w:tc>
      </w:tr>
      <w:tr w:rsidR="002C70F9" w:rsidRPr="002C70F9" w14:paraId="4A3F6224" w14:textId="77777777" w:rsidTr="002C70F9">
        <w:trPr>
          <w:jc w:val="center"/>
        </w:trPr>
        <w:tc>
          <w:tcPr>
            <w:tcW w:w="11163" w:type="dxa"/>
          </w:tcPr>
          <w:p w14:paraId="15BE8D4C" w14:textId="000AB429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/ كلية التربية للعلوم الصرفة / قسم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الحياة</w:t>
            </w:r>
          </w:p>
        </w:tc>
      </w:tr>
      <w:tr w:rsidR="002C70F9" w:rsidRPr="002C70F9" w14:paraId="5E5E5BCC" w14:textId="77777777" w:rsidTr="002C70F9">
        <w:trPr>
          <w:jc w:val="center"/>
        </w:trPr>
        <w:tc>
          <w:tcPr>
            <w:tcW w:w="11163" w:type="dxa"/>
          </w:tcPr>
          <w:p w14:paraId="7CA4EE7E" w14:textId="135690B3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BF9" w:rsidRPr="00015B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omarhamid@uodiyala.edu.iq</w:t>
            </w:r>
          </w:p>
        </w:tc>
      </w:tr>
      <w:tr w:rsidR="002C70F9" w:rsidRPr="002C70F9" w14:paraId="126E0A55" w14:textId="77777777" w:rsidTr="002C70F9">
        <w:trPr>
          <w:jc w:val="center"/>
        </w:trPr>
        <w:tc>
          <w:tcPr>
            <w:tcW w:w="11163" w:type="dxa"/>
          </w:tcPr>
          <w:p w14:paraId="64F47D0B" w14:textId="1E65A5BA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077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06185030</w:t>
            </w:r>
          </w:p>
        </w:tc>
      </w:tr>
      <w:tr w:rsidR="002C70F9" w:rsidRPr="002C70F9" w14:paraId="65A34006" w14:textId="77777777" w:rsidTr="002C70F9">
        <w:trPr>
          <w:jc w:val="center"/>
        </w:trPr>
        <w:tc>
          <w:tcPr>
            <w:tcW w:w="11163" w:type="dxa"/>
          </w:tcPr>
          <w:p w14:paraId="228F119C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0D558D5A" w14:textId="77777777" w:rsidTr="002C70F9">
        <w:trPr>
          <w:jc w:val="center"/>
        </w:trPr>
        <w:tc>
          <w:tcPr>
            <w:tcW w:w="11163" w:type="dxa"/>
          </w:tcPr>
          <w:p w14:paraId="42DC026B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14:paraId="2E262A30" w14:textId="77777777" w:rsidTr="002C70F9">
        <w:trPr>
          <w:jc w:val="center"/>
        </w:trPr>
        <w:tc>
          <w:tcPr>
            <w:tcW w:w="11163" w:type="dxa"/>
          </w:tcPr>
          <w:p w14:paraId="261C7E4E" w14:textId="529C1250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طرائق تدريس العلوم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7486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ديالى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7486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2021</w:t>
            </w:r>
          </w:p>
        </w:tc>
      </w:tr>
      <w:tr w:rsidR="002C70F9" w:rsidRPr="002C70F9" w14:paraId="283A02A4" w14:textId="77777777" w:rsidTr="002C70F9">
        <w:trPr>
          <w:jc w:val="center"/>
        </w:trPr>
        <w:tc>
          <w:tcPr>
            <w:tcW w:w="11163" w:type="dxa"/>
          </w:tcPr>
          <w:p w14:paraId="092D4197" w14:textId="379F047E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الحياة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7486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</w:t>
            </w:r>
            <w:r w:rsidR="00C7486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 - 20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09</w:t>
            </w:r>
          </w:p>
        </w:tc>
      </w:tr>
      <w:tr w:rsidR="002C70F9" w:rsidRPr="002C70F9" w14:paraId="6B73565A" w14:textId="77777777" w:rsidTr="002C70F9">
        <w:trPr>
          <w:jc w:val="center"/>
        </w:trPr>
        <w:tc>
          <w:tcPr>
            <w:tcW w:w="11163" w:type="dxa"/>
          </w:tcPr>
          <w:p w14:paraId="54841DAD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14:paraId="0FFDDE69" w14:textId="77777777" w:rsidTr="002C70F9">
        <w:trPr>
          <w:jc w:val="center"/>
        </w:trPr>
        <w:tc>
          <w:tcPr>
            <w:tcW w:w="11163" w:type="dxa"/>
          </w:tcPr>
          <w:p w14:paraId="42C4B919" w14:textId="3A2A9A84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C74865"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التدريس</w:t>
            </w:r>
            <w:r w:rsidR="00C74865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خمس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سنوات</w:t>
            </w:r>
          </w:p>
        </w:tc>
      </w:tr>
      <w:tr w:rsidR="002C70F9" w:rsidRPr="002C70F9" w14:paraId="48B9771E" w14:textId="77777777" w:rsidTr="002C70F9">
        <w:trPr>
          <w:jc w:val="center"/>
        </w:trPr>
        <w:tc>
          <w:tcPr>
            <w:tcW w:w="11163" w:type="dxa"/>
          </w:tcPr>
          <w:p w14:paraId="194A0BF5" w14:textId="09EE3941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طرائق تدريس </w:t>
            </w:r>
            <w:r w:rsidR="00015B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المناهج والكتب المدرسية </w:t>
            </w:r>
            <w:r w:rsidR="00015B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مشاهدة وتطبيق </w:t>
            </w:r>
            <w:r w:rsidR="00015B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علم نفس النمو والتربوي</w:t>
            </w:r>
          </w:p>
        </w:tc>
      </w:tr>
      <w:tr w:rsidR="002C70F9" w:rsidRPr="002C70F9" w14:paraId="521C758C" w14:textId="77777777" w:rsidTr="002C70F9">
        <w:trPr>
          <w:jc w:val="center"/>
        </w:trPr>
        <w:tc>
          <w:tcPr>
            <w:tcW w:w="11163" w:type="dxa"/>
          </w:tcPr>
          <w:p w14:paraId="0E1B8DD2" w14:textId="0793F7B4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14:paraId="445D0646" w14:textId="77777777" w:rsidTr="002C70F9">
        <w:trPr>
          <w:jc w:val="center"/>
        </w:trPr>
        <w:tc>
          <w:tcPr>
            <w:tcW w:w="11163" w:type="dxa"/>
          </w:tcPr>
          <w:p w14:paraId="28D667E8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14:paraId="3D49E15E" w14:textId="77777777" w:rsidTr="002C70F9">
        <w:trPr>
          <w:jc w:val="center"/>
        </w:trPr>
        <w:tc>
          <w:tcPr>
            <w:tcW w:w="11163" w:type="dxa"/>
          </w:tcPr>
          <w:p w14:paraId="3FC680D9" w14:textId="0EA271B3" w:rsidR="00C74865" w:rsidRPr="00015BF9" w:rsidRDefault="00015BF9" w:rsidP="00015BF9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طرائق التدريس</w:t>
            </w:r>
          </w:p>
        </w:tc>
      </w:tr>
      <w:tr w:rsidR="002C70F9" w:rsidRPr="002C70F9" w14:paraId="7E7441FB" w14:textId="77777777" w:rsidTr="002C70F9">
        <w:trPr>
          <w:jc w:val="center"/>
        </w:trPr>
        <w:tc>
          <w:tcPr>
            <w:tcW w:w="11163" w:type="dxa"/>
          </w:tcPr>
          <w:p w14:paraId="5657B980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14:paraId="1C589668" w14:textId="77777777" w:rsidTr="002C70F9">
        <w:trPr>
          <w:jc w:val="center"/>
        </w:trPr>
        <w:tc>
          <w:tcPr>
            <w:tcW w:w="11163" w:type="dxa"/>
          </w:tcPr>
          <w:p w14:paraId="4D143C42" w14:textId="1370E9D8"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2C70F9" w:rsidRPr="002C70F9" w14:paraId="3B3C8C9A" w14:textId="77777777" w:rsidTr="002C70F9">
        <w:trPr>
          <w:jc w:val="center"/>
        </w:trPr>
        <w:tc>
          <w:tcPr>
            <w:tcW w:w="11163" w:type="dxa"/>
          </w:tcPr>
          <w:p w14:paraId="0D8ED2E0" w14:textId="131719A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</w:p>
        </w:tc>
      </w:tr>
      <w:tr w:rsidR="002C70F9" w:rsidRPr="002C70F9" w14:paraId="783D3F51" w14:textId="77777777" w:rsidTr="002C70F9">
        <w:trPr>
          <w:jc w:val="center"/>
        </w:trPr>
        <w:tc>
          <w:tcPr>
            <w:tcW w:w="11163" w:type="dxa"/>
          </w:tcPr>
          <w:p w14:paraId="1CEAD6C0" w14:textId="77777777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14:paraId="4BA567C1" w14:textId="77777777" w:rsidTr="002C70F9">
        <w:trPr>
          <w:jc w:val="center"/>
        </w:trPr>
        <w:tc>
          <w:tcPr>
            <w:tcW w:w="11163" w:type="dxa"/>
          </w:tcPr>
          <w:p w14:paraId="60B2EFC6" w14:textId="23B65D16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B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2C70F9" w:rsidRPr="002C70F9" w14:paraId="082E6AB0" w14:textId="77777777" w:rsidTr="002C70F9">
        <w:trPr>
          <w:jc w:val="center"/>
        </w:trPr>
        <w:tc>
          <w:tcPr>
            <w:tcW w:w="11163" w:type="dxa"/>
          </w:tcPr>
          <w:p w14:paraId="238A3560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09D14C55" w14:textId="77777777" w:rsidTr="002C70F9">
        <w:trPr>
          <w:jc w:val="center"/>
        </w:trPr>
        <w:tc>
          <w:tcPr>
            <w:tcW w:w="11163" w:type="dxa"/>
          </w:tcPr>
          <w:p w14:paraId="77BF87FF" w14:textId="0DD21D35" w:rsidR="002C70F9" w:rsidRPr="002C70F9" w:rsidRDefault="002C70F9" w:rsidP="00A018EA">
            <w:pPr>
              <w:pStyle w:val="a0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A018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15BF9" w:rsidRPr="00015B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https://scholar.google.com/citations?user=MuUiHhMAAAAJ&amp;hl=ar</w:t>
            </w:r>
          </w:p>
        </w:tc>
      </w:tr>
      <w:tr w:rsidR="002C70F9" w:rsidRPr="002C70F9" w14:paraId="29AAC23F" w14:textId="77777777" w:rsidTr="002C70F9">
        <w:trPr>
          <w:jc w:val="center"/>
        </w:trPr>
        <w:tc>
          <w:tcPr>
            <w:tcW w:w="11163" w:type="dxa"/>
          </w:tcPr>
          <w:p w14:paraId="3D6A14BF" w14:textId="77777777" w:rsidR="002C70F9" w:rsidRPr="002C70F9" w:rsidRDefault="002C70F9" w:rsidP="00A018EA">
            <w:pPr>
              <w:pStyle w:val="a0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14:paraId="474AA816" w14:textId="77777777" w:rsidTr="002C70F9">
        <w:trPr>
          <w:jc w:val="center"/>
        </w:trPr>
        <w:tc>
          <w:tcPr>
            <w:tcW w:w="11163" w:type="dxa"/>
          </w:tcPr>
          <w:p w14:paraId="16EAC315" w14:textId="2108CF32" w:rsidR="002C70F9" w:rsidRPr="002C70F9" w:rsidRDefault="002C70F9" w:rsidP="00A018EA">
            <w:pPr>
              <w:pStyle w:val="a0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  <w:r w:rsidR="0052401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85B06" w:rsidRPr="00285B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https://www.researchgate.net/profile/Omar-Abed-5</w:t>
            </w:r>
          </w:p>
        </w:tc>
      </w:tr>
      <w:tr w:rsidR="002C70F9" w:rsidRPr="002C70F9" w14:paraId="47337EC6" w14:textId="77777777" w:rsidTr="002C70F9">
        <w:trPr>
          <w:jc w:val="center"/>
        </w:trPr>
        <w:tc>
          <w:tcPr>
            <w:tcW w:w="11163" w:type="dxa"/>
          </w:tcPr>
          <w:p w14:paraId="161F3B52" w14:textId="5DF98081" w:rsidR="002C70F9" w:rsidRPr="002C70F9" w:rsidRDefault="002C70F9" w:rsidP="00A018EA">
            <w:pPr>
              <w:pStyle w:val="a0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6A5B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85B06" w:rsidRPr="00285B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https://orcid.org/0000-0003-2281-1384</w:t>
            </w:r>
          </w:p>
        </w:tc>
      </w:tr>
      <w:tr w:rsidR="002C70F9" w:rsidRPr="002C70F9" w14:paraId="34CEED42" w14:textId="77777777" w:rsidTr="002C70F9">
        <w:trPr>
          <w:jc w:val="center"/>
        </w:trPr>
        <w:tc>
          <w:tcPr>
            <w:tcW w:w="11163" w:type="dxa"/>
          </w:tcPr>
          <w:p w14:paraId="1D933E6F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618EDA5B" w14:textId="77777777" w:rsidTr="002C70F9">
        <w:trPr>
          <w:jc w:val="center"/>
        </w:trPr>
        <w:tc>
          <w:tcPr>
            <w:tcW w:w="11163" w:type="dxa"/>
          </w:tcPr>
          <w:p w14:paraId="0170DB04" w14:textId="268A446A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313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</w:tr>
      <w:tr w:rsidR="002C70F9" w:rsidRPr="002C70F9" w14:paraId="18294C81" w14:textId="77777777" w:rsidTr="002C70F9">
        <w:trPr>
          <w:jc w:val="center"/>
        </w:trPr>
        <w:tc>
          <w:tcPr>
            <w:tcW w:w="11163" w:type="dxa"/>
          </w:tcPr>
          <w:p w14:paraId="405BADDA" w14:textId="4B2D3864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7486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313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</w:tr>
      <w:tr w:rsidR="002C70F9" w:rsidRPr="002C70F9" w14:paraId="62163C86" w14:textId="77777777" w:rsidTr="002C70F9">
        <w:trPr>
          <w:jc w:val="center"/>
        </w:trPr>
        <w:tc>
          <w:tcPr>
            <w:tcW w:w="11163" w:type="dxa"/>
          </w:tcPr>
          <w:p w14:paraId="0368AF35" w14:textId="77777777" w:rsidR="002C70F9" w:rsidRPr="002C70F9" w:rsidRDefault="002C70F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14:paraId="0D8AD6B4" w14:textId="77777777" w:rsidTr="002C70F9">
        <w:trPr>
          <w:jc w:val="center"/>
        </w:trPr>
        <w:tc>
          <w:tcPr>
            <w:tcW w:w="11163" w:type="dxa"/>
          </w:tcPr>
          <w:p w14:paraId="0A1CCA55" w14:textId="20D93A1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813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81325" w:rsidRPr="006813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Microsoft Office</w:t>
            </w:r>
          </w:p>
        </w:tc>
      </w:tr>
      <w:tr w:rsidR="002C70F9" w:rsidRPr="00603818" w14:paraId="29F9E2FC" w14:textId="77777777" w:rsidTr="002C70F9">
        <w:trPr>
          <w:jc w:val="center"/>
        </w:trPr>
        <w:tc>
          <w:tcPr>
            <w:tcW w:w="11163" w:type="dxa"/>
          </w:tcPr>
          <w:p w14:paraId="225B773B" w14:textId="36BA0886"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8132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7A7D5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اللغة </w:t>
            </w:r>
            <w:r w:rsidR="0093132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الإنكليزية </w:t>
            </w:r>
            <w:r w:rsidR="0093132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–</w:t>
            </w:r>
            <w:r w:rsidR="0093132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اللغة الفارسية</w:t>
            </w:r>
          </w:p>
        </w:tc>
      </w:tr>
    </w:tbl>
    <w:p w14:paraId="72859B23" w14:textId="77777777"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5384987">
    <w:abstractNumId w:val="8"/>
  </w:num>
  <w:num w:numId="2" w16cid:durableId="362904290">
    <w:abstractNumId w:val="6"/>
  </w:num>
  <w:num w:numId="3" w16cid:durableId="100802161">
    <w:abstractNumId w:val="5"/>
  </w:num>
  <w:num w:numId="4" w16cid:durableId="1834223788">
    <w:abstractNumId w:val="4"/>
  </w:num>
  <w:num w:numId="5" w16cid:durableId="565531425">
    <w:abstractNumId w:val="7"/>
  </w:num>
  <w:num w:numId="6" w16cid:durableId="1580750632">
    <w:abstractNumId w:val="3"/>
  </w:num>
  <w:num w:numId="7" w16cid:durableId="1490485576">
    <w:abstractNumId w:val="2"/>
  </w:num>
  <w:num w:numId="8" w16cid:durableId="670722241">
    <w:abstractNumId w:val="1"/>
  </w:num>
  <w:num w:numId="9" w16cid:durableId="76619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BF9"/>
    <w:rsid w:val="00034616"/>
    <w:rsid w:val="0006063C"/>
    <w:rsid w:val="0014146E"/>
    <w:rsid w:val="0015074B"/>
    <w:rsid w:val="00285B06"/>
    <w:rsid w:val="0029639D"/>
    <w:rsid w:val="002C70F9"/>
    <w:rsid w:val="00326F90"/>
    <w:rsid w:val="00524013"/>
    <w:rsid w:val="00532BF3"/>
    <w:rsid w:val="005414B8"/>
    <w:rsid w:val="00603818"/>
    <w:rsid w:val="00681325"/>
    <w:rsid w:val="006A5BA3"/>
    <w:rsid w:val="007220BF"/>
    <w:rsid w:val="007A7D58"/>
    <w:rsid w:val="00931324"/>
    <w:rsid w:val="009B040F"/>
    <w:rsid w:val="00A018EA"/>
    <w:rsid w:val="00A02749"/>
    <w:rsid w:val="00AA1D8D"/>
    <w:rsid w:val="00B47730"/>
    <w:rsid w:val="00C74865"/>
    <w:rsid w:val="00CB0664"/>
    <w:rsid w:val="00D8032D"/>
    <w:rsid w:val="00FB48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911B4C"/>
  <w14:defaultImageDpi w14:val="300"/>
  <w15:docId w15:val="{B75C5B26-7669-43FF-A050-FB0EC9C9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2E7D2-7FD5-41DF-BBE3-6546DEF0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PhD OMAR HAMID</cp:lastModifiedBy>
  <cp:revision>10</cp:revision>
  <dcterms:created xsi:type="dcterms:W3CDTF">2013-12-23T23:15:00Z</dcterms:created>
  <dcterms:modified xsi:type="dcterms:W3CDTF">2026-02-28T21:02:00Z</dcterms:modified>
  <cp:category/>
</cp:coreProperties>
</file>