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عبير خليفة </w:t>
            </w:r>
            <w:proofErr w:type="spellStart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عبجل</w:t>
            </w:r>
            <w:proofErr w:type="spellEnd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 مساعد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كيمياء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7E070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</w:t>
            </w:r>
            <w:proofErr w:type="spellStart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فيزياوية</w:t>
            </w:r>
            <w:proofErr w:type="spellEnd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الجامعة المستنصرية \ كلية العلوم \ قسم الكيمياء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07727280373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كيمياء </w:t>
            </w:r>
            <w:r w:rsidR="007E07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الجامعه</w:t>
            </w:r>
            <w:proofErr w:type="spellEnd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المستنصرية </w:t>
            </w:r>
            <w:r w:rsidR="007E07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</w:t>
            </w:r>
            <w:r w:rsidR="007E07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2012\2011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</w:t>
            </w:r>
            <w:proofErr w:type="spellEnd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</w:t>
            </w:r>
            <w:r w:rsidR="007E07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</w:t>
            </w:r>
            <w:r w:rsidR="007E07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</w:t>
            </w:r>
            <w:r w:rsidR="007E07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2009\2010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</w:t>
            </w:r>
            <w:proofErr w:type="spellStart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الفيزياوية</w:t>
            </w:r>
            <w:proofErr w:type="spellEnd"/>
            <w:r w:rsidR="007E070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5414B8"/>
    <w:rsid w:val="00603818"/>
    <w:rsid w:val="007E070A"/>
    <w:rsid w:val="009B040F"/>
    <w:rsid w:val="00A02749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2CB2E4-C3DD-4BF8-B6CE-FFEB6452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Maher</cp:lastModifiedBy>
  <cp:revision>7</cp:revision>
  <dcterms:created xsi:type="dcterms:W3CDTF">2013-12-23T23:15:00Z</dcterms:created>
  <dcterms:modified xsi:type="dcterms:W3CDTF">2026-03-01T18:36:00Z</dcterms:modified>
  <cp:category/>
</cp:coreProperties>
</file>