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595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 w:rsidRPr="008D2798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</w:t>
            </w:r>
            <w:r w:rsidR="008D2798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 xml:space="preserve">   </w:t>
            </w:r>
            <w:r w:rsidR="008D2798" w:rsidRPr="008D2798">
              <w:rPr>
                <w:rFonts w:ascii="Times New Roman" w:eastAsia="Calibri" w:hAnsi="Times New Roman" w:cs="Times New Roman" w:hint="cs"/>
                <w:b/>
                <w:bCs/>
                <w:rtl/>
                <w:lang w:bidi="ar-IQ"/>
              </w:rPr>
              <w:t>طارق خليل إبراهيم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أستاذ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="008D27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كيمياء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كيمياء عضوية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ديالى / التربية للعلوم الصرفة  / قسم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D2798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D27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tareq.ibrahim@uodiyala.edu.iq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07706386941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</w:t>
            </w:r>
            <w:proofErr w:type="spellEnd"/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عضوية/ جامعة بغداد / 2018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</w:t>
            </w:r>
            <w:proofErr w:type="spellEnd"/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عضوية  / جامعة </w:t>
            </w:r>
            <w:proofErr w:type="spellStart"/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نكريت</w:t>
            </w:r>
            <w:proofErr w:type="spellEnd"/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2012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</w:t>
            </w:r>
            <w:proofErr w:type="spellEnd"/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بغداد  1997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17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كيمياء عضوية تحليلية منهج بحث  صناعية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D27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دكتوراه=1  ماجستير = </w:t>
            </w:r>
            <w:r w:rsidR="001223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 دبلوم = 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1223E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23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1223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= 9   بحوث عالمية= 8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1223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204DF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D204DF">
              <w:t xml:space="preserve"> </w:t>
            </w:r>
            <w:r w:rsidR="00D204DF" w:rsidRPr="00D204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https://scholar.google.com/scholar?q=tareq,k+ibraheem&amp;hl=en&amp;as_sdt=0,5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204DF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D204DF">
              <w:t xml:space="preserve"> </w:t>
            </w:r>
            <w:r w:rsidR="00D204DF" w:rsidRPr="00D204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https://www.scopus.com/authid/detail.uri?authorId=57202982354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D204DF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204DF">
              <w:t xml:space="preserve"> </w:t>
            </w:r>
            <w:r w:rsidR="00D204DF" w:rsidRPr="00D204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https://www.researchgate.net/scientific-contributions/Tareq-K-Ibraheem-2145344680?_tp=eyJjb250ZXh0Ijp7ImZpcnN0UGFnZSI6ImluZGV4IiwicGFnZSI6InB1YmxpY2F0aW9uIn19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D204DF" w:rsidRPr="00D204D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D204DF" w:rsidRPr="00D204DF">
              <w:rPr>
                <w:rFonts w:ascii="Times New Roman" w:eastAsia="Times New Roman" w:hAnsi="Times New Roman" w:cs="Times New Roman"/>
                <w:b/>
                <w:bCs/>
              </w:rPr>
              <w:t>0000-0002-5982-8983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204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204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204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204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</w:t>
            </w:r>
            <w:bookmarkStart w:id="0" w:name="_GoBack"/>
            <w:bookmarkEnd w:id="0"/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223E4"/>
    <w:rsid w:val="0015074B"/>
    <w:rsid w:val="0029639D"/>
    <w:rsid w:val="002C70F9"/>
    <w:rsid w:val="00326F90"/>
    <w:rsid w:val="005414B8"/>
    <w:rsid w:val="00603818"/>
    <w:rsid w:val="008D2798"/>
    <w:rsid w:val="009B040F"/>
    <w:rsid w:val="00A02749"/>
    <w:rsid w:val="00AA1D8D"/>
    <w:rsid w:val="00B47730"/>
    <w:rsid w:val="00CB0664"/>
    <w:rsid w:val="00D204DF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7A0EF-DE8B-4CF2-8643-BCD80301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</cp:lastModifiedBy>
  <cp:revision>7</cp:revision>
  <dcterms:created xsi:type="dcterms:W3CDTF">2013-12-23T23:15:00Z</dcterms:created>
  <dcterms:modified xsi:type="dcterms:W3CDTF">2026-02-26T19:40:00Z</dcterms:modified>
  <cp:category/>
</cp:coreProperties>
</file>