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fa"/>
        <w:bidiVisual/>
        <w:tblW w:w="11163" w:type="dxa"/>
        <w:jc w:val="center"/>
        <w:tblLook w:val="04A0" w:firstRow="1" w:lastRow="0" w:firstColumn="1" w:lastColumn="0" w:noHBand="0" w:noVBand="1"/>
      </w:tblPr>
      <w:tblGrid>
        <w:gridCol w:w="11163"/>
      </w:tblGrid>
      <w:tr w:rsidR="002C70F9" w:rsidRPr="002C70F9" w14:paraId="3142F877" w14:textId="77777777" w:rsidTr="002C70F9">
        <w:trPr>
          <w:trHeight w:val="530"/>
          <w:jc w:val="center"/>
        </w:trPr>
        <w:tc>
          <w:tcPr>
            <w:tcW w:w="11163" w:type="dxa"/>
            <w:vAlign w:val="center"/>
          </w:tcPr>
          <w:p w14:paraId="7A47D854" w14:textId="77777777" w:rsidR="002C70F9" w:rsidRPr="002C70F9" w:rsidRDefault="002C70F9" w:rsidP="002C70F9">
            <w:pPr>
              <w:pStyle w:val="1"/>
              <w:bidi/>
              <w:jc w:val="center"/>
              <w:outlineLvl w:val="0"/>
              <w:rPr>
                <w:rFonts w:asciiTheme="majorBidi" w:hAnsiTheme="majorBidi"/>
                <w:sz w:val="32"/>
                <w:szCs w:val="32"/>
                <w:rtl/>
                <w:lang w:bidi="ar-IQ"/>
              </w:rPr>
            </w:pPr>
            <w:r w:rsidRPr="002C70F9">
              <w:rPr>
                <w:rFonts w:asciiTheme="majorBidi" w:hAnsiTheme="majorBidi"/>
                <w:sz w:val="32"/>
                <w:szCs w:val="32"/>
                <w:rtl/>
              </w:rPr>
              <w:t>السيرة</w:t>
            </w:r>
            <w:r w:rsidRPr="002C70F9">
              <w:rPr>
                <w:rFonts w:asciiTheme="majorBidi" w:hAnsiTheme="majorBidi"/>
                <w:sz w:val="32"/>
                <w:szCs w:val="32"/>
              </w:rPr>
              <w:t xml:space="preserve"> </w:t>
            </w:r>
            <w:r w:rsidRPr="002C70F9">
              <w:rPr>
                <w:rFonts w:asciiTheme="majorBidi" w:hAnsiTheme="majorBidi"/>
                <w:sz w:val="32"/>
                <w:szCs w:val="32"/>
                <w:rtl/>
              </w:rPr>
              <w:t>العلمية</w:t>
            </w:r>
            <w:r w:rsidRPr="002C70F9">
              <w:rPr>
                <w:rFonts w:asciiTheme="majorBidi" w:hAnsiTheme="majorBidi"/>
                <w:sz w:val="32"/>
                <w:szCs w:val="32"/>
              </w:rPr>
              <w:t xml:space="preserve"> (Academic Curriculum Vitae)</w:t>
            </w:r>
          </w:p>
        </w:tc>
      </w:tr>
      <w:tr w:rsidR="002C70F9" w:rsidRPr="002C70F9" w14:paraId="28F5D98F" w14:textId="77777777" w:rsidTr="002C70F9">
        <w:trPr>
          <w:jc w:val="center"/>
        </w:trPr>
        <w:tc>
          <w:tcPr>
            <w:tcW w:w="11163" w:type="dxa"/>
          </w:tcPr>
          <w:p w14:paraId="7142C113" w14:textId="77777777" w:rsidR="002C70F9" w:rsidRPr="002C70F9" w:rsidRDefault="002C70F9" w:rsidP="00BC34E1">
            <w:pPr>
              <w:pStyle w:val="21"/>
              <w:bidi/>
              <w:outlineLvl w:val="1"/>
              <w:rPr>
                <w:rFonts w:asciiTheme="majorBidi" w:hAnsiTheme="majorBidi"/>
                <w:sz w:val="28"/>
                <w:szCs w:val="28"/>
                <w:rtl/>
                <w:lang w:bidi="ar-IQ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المعلومات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الشخصية</w:t>
            </w:r>
          </w:p>
        </w:tc>
      </w:tr>
      <w:tr w:rsidR="002C70F9" w:rsidRPr="002C70F9" w14:paraId="1C03DE79" w14:textId="77777777" w:rsidTr="002C70F9">
        <w:trPr>
          <w:jc w:val="center"/>
        </w:trPr>
        <w:tc>
          <w:tcPr>
            <w:tcW w:w="11163" w:type="dxa"/>
          </w:tcPr>
          <w:p w14:paraId="7AA80CE6" w14:textId="7F59CCC7" w:rsidR="002C70F9" w:rsidRPr="002C70F9" w:rsidRDefault="002C70F9" w:rsidP="005975D2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الاسم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الكامل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C563D4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5975D2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وئام احمد علوان</w:t>
            </w:r>
          </w:p>
        </w:tc>
      </w:tr>
      <w:tr w:rsidR="002C70F9" w:rsidRPr="002C70F9" w14:paraId="0944F04E" w14:textId="77777777" w:rsidTr="002C70F9">
        <w:trPr>
          <w:jc w:val="center"/>
        </w:trPr>
        <w:tc>
          <w:tcPr>
            <w:tcW w:w="11163" w:type="dxa"/>
          </w:tcPr>
          <w:p w14:paraId="5B7A98CE" w14:textId="5651C744"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اللقب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العلمي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C563D4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مدرس مساعد</w:t>
            </w:r>
          </w:p>
        </w:tc>
      </w:tr>
      <w:tr w:rsidR="002C70F9" w:rsidRPr="002C70F9" w14:paraId="4D582C41" w14:textId="77777777" w:rsidTr="002C70F9">
        <w:trPr>
          <w:jc w:val="center"/>
        </w:trPr>
        <w:tc>
          <w:tcPr>
            <w:tcW w:w="11163" w:type="dxa"/>
          </w:tcPr>
          <w:p w14:paraId="34C38F2B" w14:textId="6BF001D4"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الاختصاص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العام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C563D4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علوم الحياة</w:t>
            </w:r>
          </w:p>
        </w:tc>
      </w:tr>
      <w:tr w:rsidR="002C70F9" w:rsidRPr="002C70F9" w14:paraId="716E3217" w14:textId="77777777" w:rsidTr="002C70F9">
        <w:trPr>
          <w:jc w:val="center"/>
        </w:trPr>
        <w:tc>
          <w:tcPr>
            <w:tcW w:w="11163" w:type="dxa"/>
          </w:tcPr>
          <w:p w14:paraId="4AA685F7" w14:textId="03212441"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الاختصاص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الدقيق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C563D4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علوم الحياة</w:t>
            </w:r>
          </w:p>
        </w:tc>
      </w:tr>
      <w:tr w:rsidR="002C70F9" w:rsidRPr="002C70F9" w14:paraId="15945872" w14:textId="77777777" w:rsidTr="002C70F9">
        <w:trPr>
          <w:jc w:val="center"/>
        </w:trPr>
        <w:tc>
          <w:tcPr>
            <w:tcW w:w="11163" w:type="dxa"/>
          </w:tcPr>
          <w:p w14:paraId="2B8482A2" w14:textId="07977A03"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الجامعة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/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الكلية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/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القسم</w:t>
            </w:r>
            <w:r w:rsidR="00C563D4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C563D4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جامعة ديالى / كلية التربية للعلوم الصرفة / قسم علوم الحياة</w:t>
            </w:r>
          </w:p>
        </w:tc>
      </w:tr>
      <w:tr w:rsidR="002C70F9" w:rsidRPr="002C70F9" w14:paraId="01130621" w14:textId="77777777" w:rsidTr="002C70F9">
        <w:trPr>
          <w:jc w:val="center"/>
        </w:trPr>
        <w:tc>
          <w:tcPr>
            <w:tcW w:w="11163" w:type="dxa"/>
          </w:tcPr>
          <w:p w14:paraId="7711CDD9" w14:textId="0B42DFD1"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البريد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الإلكتروني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الرسمي</w:t>
            </w:r>
            <w:r w:rsidR="005975D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hyperlink r:id="rId7" w:history="1">
              <w:r w:rsidR="005975D2" w:rsidRPr="00531410">
                <w:rPr>
                  <w:rStyle w:val="Hyperlink"/>
                  <w:rFonts w:asciiTheme="majorBidi" w:hAnsiTheme="majorBidi" w:cstheme="majorBidi"/>
                  <w:b/>
                  <w:bCs/>
                  <w:sz w:val="24"/>
                  <w:szCs w:val="24"/>
                </w:rPr>
                <w:t>bioe.weam.ahmed@uodiuyal.edu.iq</w:t>
              </w:r>
            </w:hyperlink>
            <w:r w:rsidR="005975D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:</w:t>
            </w:r>
          </w:p>
        </w:tc>
      </w:tr>
      <w:tr w:rsidR="002C70F9" w:rsidRPr="002C70F9" w14:paraId="6EB93300" w14:textId="77777777" w:rsidTr="002C70F9">
        <w:trPr>
          <w:jc w:val="center"/>
        </w:trPr>
        <w:tc>
          <w:tcPr>
            <w:tcW w:w="11163" w:type="dxa"/>
          </w:tcPr>
          <w:p w14:paraId="51DEE30C" w14:textId="4296D0B6" w:rsidR="002C70F9" w:rsidRPr="002C70F9" w:rsidRDefault="002C70F9" w:rsidP="005975D2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رقم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الهاتف</w:t>
            </w:r>
            <w:r w:rsidRPr="002C70F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(اختياري)</w:t>
            </w:r>
            <w:r w:rsidR="005975D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07706975972 :</w:t>
            </w:r>
          </w:p>
        </w:tc>
      </w:tr>
      <w:tr w:rsidR="002C70F9" w:rsidRPr="002C70F9" w14:paraId="138A4B77" w14:textId="77777777" w:rsidTr="002C70F9">
        <w:trPr>
          <w:jc w:val="center"/>
        </w:trPr>
        <w:tc>
          <w:tcPr>
            <w:tcW w:w="11163" w:type="dxa"/>
          </w:tcPr>
          <w:p w14:paraId="51E68507" w14:textId="77777777" w:rsidR="002C70F9" w:rsidRPr="002C70F9" w:rsidRDefault="002C70F9" w:rsidP="00BC34E1">
            <w:pPr>
              <w:pStyle w:val="21"/>
              <w:bidi/>
              <w:outlineLvl w:val="1"/>
              <w:rPr>
                <w:rFonts w:asciiTheme="majorBidi" w:hAnsiTheme="majorBidi"/>
                <w:sz w:val="28"/>
                <w:szCs w:val="28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المؤهلات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العلمية</w:t>
            </w:r>
          </w:p>
        </w:tc>
      </w:tr>
      <w:tr w:rsidR="002C70F9" w:rsidRPr="002C70F9" w14:paraId="66123D84" w14:textId="77777777" w:rsidTr="002C70F9">
        <w:trPr>
          <w:jc w:val="center"/>
        </w:trPr>
        <w:tc>
          <w:tcPr>
            <w:tcW w:w="11163" w:type="dxa"/>
          </w:tcPr>
          <w:p w14:paraId="3B7DD99D" w14:textId="77777777"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الدكتوراه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: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التخصص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الجامعة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الدولة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سنة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التخرج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:</w:t>
            </w:r>
          </w:p>
        </w:tc>
      </w:tr>
      <w:tr w:rsidR="002C70F9" w:rsidRPr="002C70F9" w14:paraId="6E156A98" w14:textId="77777777" w:rsidTr="002C70F9">
        <w:trPr>
          <w:jc w:val="center"/>
        </w:trPr>
        <w:tc>
          <w:tcPr>
            <w:tcW w:w="11163" w:type="dxa"/>
          </w:tcPr>
          <w:p w14:paraId="64CED6DB" w14:textId="3A783CC9" w:rsidR="002C70F9" w:rsidRPr="002C70F9" w:rsidRDefault="002C70F9" w:rsidP="005975D2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الماجستير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: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التخصص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الجامعة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الدولة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سنة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التخرج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:</w:t>
            </w:r>
            <w:r w:rsidR="00C563D4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علوم</w:t>
            </w:r>
            <w:proofErr w:type="spellEnd"/>
            <w:r w:rsidR="00C563D4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الحياة </w:t>
            </w:r>
            <w:r w:rsidR="00C563D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–</w:t>
            </w:r>
            <w:r w:rsidR="00C563D4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جامعة ديالى </w:t>
            </w:r>
            <w:r w:rsidR="00C563D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–</w:t>
            </w:r>
            <w:r w:rsidR="00C563D4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العراق - </w:t>
            </w:r>
            <w:r w:rsidR="005975D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2014</w:t>
            </w:r>
          </w:p>
        </w:tc>
      </w:tr>
      <w:tr w:rsidR="002C70F9" w:rsidRPr="002C70F9" w14:paraId="18F53A5D" w14:textId="77777777" w:rsidTr="002C70F9">
        <w:trPr>
          <w:jc w:val="center"/>
        </w:trPr>
        <w:tc>
          <w:tcPr>
            <w:tcW w:w="11163" w:type="dxa"/>
          </w:tcPr>
          <w:p w14:paraId="46A73DA8" w14:textId="43753D9A" w:rsidR="002C70F9" w:rsidRPr="002C70F9" w:rsidRDefault="002C70F9" w:rsidP="005975D2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البكالوريوس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: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التخصص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الجامعة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الدولة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سنة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التخرج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:</w:t>
            </w:r>
            <w:r w:rsidR="00C563D4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علوم</w:t>
            </w:r>
            <w:proofErr w:type="spellEnd"/>
            <w:r w:rsidR="00C563D4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الحياة </w:t>
            </w:r>
            <w:r w:rsidR="00C563D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–</w:t>
            </w:r>
            <w:r w:rsidR="00C563D4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جامعة ديالى </w:t>
            </w:r>
            <w:r w:rsidR="00C563D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–</w:t>
            </w:r>
            <w:r w:rsidR="005975D2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العراق - </w:t>
            </w:r>
            <w:r w:rsidR="005975D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2009</w:t>
            </w:r>
          </w:p>
        </w:tc>
      </w:tr>
      <w:tr w:rsidR="002C70F9" w:rsidRPr="002C70F9" w14:paraId="5391AEA8" w14:textId="77777777" w:rsidTr="002C70F9">
        <w:trPr>
          <w:jc w:val="center"/>
        </w:trPr>
        <w:tc>
          <w:tcPr>
            <w:tcW w:w="11163" w:type="dxa"/>
          </w:tcPr>
          <w:p w14:paraId="12CCBD95" w14:textId="77777777" w:rsidR="002C70F9" w:rsidRPr="002C70F9" w:rsidRDefault="002C70F9" w:rsidP="00BC34E1">
            <w:pPr>
              <w:pStyle w:val="21"/>
              <w:bidi/>
              <w:outlineLvl w:val="1"/>
              <w:rPr>
                <w:rFonts w:asciiTheme="majorBidi" w:hAnsiTheme="majorBidi"/>
                <w:sz w:val="28"/>
                <w:szCs w:val="28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الخبرة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الأكاديمية</w:t>
            </w:r>
          </w:p>
        </w:tc>
      </w:tr>
      <w:tr w:rsidR="002C70F9" w:rsidRPr="002C70F9" w14:paraId="1A18E46B" w14:textId="77777777" w:rsidTr="002C70F9">
        <w:trPr>
          <w:jc w:val="center"/>
        </w:trPr>
        <w:tc>
          <w:tcPr>
            <w:tcW w:w="11163" w:type="dxa"/>
          </w:tcPr>
          <w:p w14:paraId="16E63F59" w14:textId="5E00228E" w:rsidR="002C70F9" w:rsidRPr="002C70F9" w:rsidRDefault="002C70F9" w:rsidP="005975D2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سنوات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التدريس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5975D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 </w:t>
            </w:r>
            <w:r w:rsidR="005975D2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للدراسة المسائية  7 سنوات - الدراسة الصباحية 4 سنوات</w:t>
            </w:r>
          </w:p>
        </w:tc>
      </w:tr>
      <w:tr w:rsidR="002C70F9" w:rsidRPr="002C70F9" w14:paraId="34DDFAA6" w14:textId="77777777" w:rsidTr="002C70F9">
        <w:trPr>
          <w:jc w:val="center"/>
        </w:trPr>
        <w:tc>
          <w:tcPr>
            <w:tcW w:w="11163" w:type="dxa"/>
          </w:tcPr>
          <w:p w14:paraId="47FFA15B" w14:textId="3CD7C0D2" w:rsidR="002C70F9" w:rsidRPr="002C70F9" w:rsidRDefault="002C70F9" w:rsidP="005975D2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المواد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التي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تم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تدريسه</w:t>
            </w:r>
            <w:r w:rsidR="00C563D4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C563D4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5975D2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الطحالب عملي </w:t>
            </w:r>
            <w:r w:rsidR="005975D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–</w:t>
            </w:r>
            <w:r w:rsidR="005975D2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علم الارض</w:t>
            </w:r>
          </w:p>
        </w:tc>
      </w:tr>
      <w:tr w:rsidR="002C70F9" w:rsidRPr="002C70F9" w14:paraId="78F6B35D" w14:textId="77777777" w:rsidTr="002C70F9">
        <w:trPr>
          <w:jc w:val="center"/>
        </w:trPr>
        <w:tc>
          <w:tcPr>
            <w:tcW w:w="11163" w:type="dxa"/>
          </w:tcPr>
          <w:p w14:paraId="42E57CEF" w14:textId="77777777"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الإشراف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على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الرسائل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والأطاريح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</w:p>
        </w:tc>
      </w:tr>
      <w:tr w:rsidR="002C70F9" w:rsidRPr="002C70F9" w14:paraId="1B214750" w14:textId="77777777" w:rsidTr="002C70F9">
        <w:trPr>
          <w:jc w:val="center"/>
        </w:trPr>
        <w:tc>
          <w:tcPr>
            <w:tcW w:w="11163" w:type="dxa"/>
          </w:tcPr>
          <w:p w14:paraId="2B4BEF1F" w14:textId="77777777" w:rsidR="002C70F9" w:rsidRPr="002C70F9" w:rsidRDefault="002C70F9" w:rsidP="00BC34E1">
            <w:pPr>
              <w:pStyle w:val="21"/>
              <w:bidi/>
              <w:outlineLvl w:val="1"/>
              <w:rPr>
                <w:rFonts w:asciiTheme="majorBidi" w:hAnsiTheme="majorBidi"/>
                <w:sz w:val="28"/>
                <w:szCs w:val="28"/>
                <w:lang w:bidi="ar-IQ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الاهتمامات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البحثية</w:t>
            </w:r>
            <w:r w:rsidRPr="002C70F9">
              <w:rPr>
                <w:rFonts w:asciiTheme="majorBidi" w:hAnsiTheme="majorBidi" w:hint="cs"/>
                <w:sz w:val="28"/>
                <w:szCs w:val="28"/>
                <w:rtl/>
                <w:lang w:bidi="ar-IQ"/>
              </w:rPr>
              <w:t xml:space="preserve"> (اختاري)</w:t>
            </w:r>
          </w:p>
        </w:tc>
      </w:tr>
      <w:tr w:rsidR="002C70F9" w:rsidRPr="002C70F9" w14:paraId="7865A507" w14:textId="77777777" w:rsidTr="002C70F9">
        <w:trPr>
          <w:jc w:val="center"/>
        </w:trPr>
        <w:tc>
          <w:tcPr>
            <w:tcW w:w="11163" w:type="dxa"/>
          </w:tcPr>
          <w:p w14:paraId="66B993BD" w14:textId="77777777"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- </w:t>
            </w:r>
          </w:p>
        </w:tc>
      </w:tr>
      <w:tr w:rsidR="002C70F9" w:rsidRPr="002C70F9" w14:paraId="3457A6CA" w14:textId="77777777" w:rsidTr="002C70F9">
        <w:trPr>
          <w:jc w:val="center"/>
        </w:trPr>
        <w:tc>
          <w:tcPr>
            <w:tcW w:w="11163" w:type="dxa"/>
          </w:tcPr>
          <w:p w14:paraId="6E7908E8" w14:textId="77777777" w:rsidR="002C70F9" w:rsidRPr="002C70F9" w:rsidRDefault="002C70F9" w:rsidP="00BC34E1">
            <w:pPr>
              <w:pStyle w:val="21"/>
              <w:bidi/>
              <w:outlineLvl w:val="1"/>
              <w:rPr>
                <w:rFonts w:asciiTheme="majorBidi" w:hAnsiTheme="majorBidi"/>
                <w:sz w:val="28"/>
                <w:szCs w:val="28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الإنتاج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العلمي</w:t>
            </w:r>
            <w:r w:rsidRPr="002C70F9">
              <w:rPr>
                <w:rFonts w:asciiTheme="majorBidi" w:hAnsiTheme="majorBidi" w:hint="cs"/>
                <w:sz w:val="28"/>
                <w:szCs w:val="28"/>
                <w:rtl/>
              </w:rPr>
              <w:t xml:space="preserve"> (اعداد)</w:t>
            </w:r>
          </w:p>
        </w:tc>
      </w:tr>
      <w:tr w:rsidR="002C70F9" w:rsidRPr="002C70F9" w14:paraId="08A1F66B" w14:textId="77777777" w:rsidTr="002C70F9">
        <w:trPr>
          <w:jc w:val="center"/>
        </w:trPr>
        <w:tc>
          <w:tcPr>
            <w:tcW w:w="11163" w:type="dxa"/>
          </w:tcPr>
          <w:p w14:paraId="21A66CA0" w14:textId="4BE06E5B" w:rsidR="002C70F9" w:rsidRPr="002C70F9" w:rsidRDefault="005414B8" w:rsidP="005975D2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العدد الكلي</w:t>
            </w:r>
            <w:r w:rsidR="002C70F9"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ل</w:t>
            </w:r>
            <w:r w:rsidR="002C70F9"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لبحوث</w:t>
            </w:r>
            <w:r w:rsidR="002C70F9"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="002C70F9"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المنشورة</w:t>
            </w:r>
            <w:r w:rsidR="002C70F9"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5975D2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3</w:t>
            </w:r>
          </w:p>
        </w:tc>
      </w:tr>
      <w:tr w:rsidR="002C70F9" w:rsidRPr="002C70F9" w14:paraId="1B5A6418" w14:textId="77777777" w:rsidTr="002C70F9">
        <w:trPr>
          <w:jc w:val="center"/>
        </w:trPr>
        <w:tc>
          <w:tcPr>
            <w:tcW w:w="11163" w:type="dxa"/>
          </w:tcPr>
          <w:p w14:paraId="48771481" w14:textId="7540C2AA"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بحوث</w:t>
            </w:r>
            <w:r w:rsidR="00C563D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1-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Scopus:</w:t>
            </w:r>
            <w:r w:rsidR="005975D2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فقط قبول نشر </w:t>
            </w:r>
          </w:p>
        </w:tc>
      </w:tr>
      <w:tr w:rsidR="002C70F9" w:rsidRPr="002C70F9" w14:paraId="2F30D786" w14:textId="77777777" w:rsidTr="002C70F9">
        <w:trPr>
          <w:jc w:val="center"/>
        </w:trPr>
        <w:tc>
          <w:tcPr>
            <w:tcW w:w="11163" w:type="dxa"/>
          </w:tcPr>
          <w:p w14:paraId="75BEAE47" w14:textId="38B0E4A8"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بحوث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Web of Science:</w:t>
            </w:r>
            <w:r w:rsidR="005975D2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- 1</w:t>
            </w:r>
          </w:p>
        </w:tc>
      </w:tr>
      <w:tr w:rsidR="002C70F9" w:rsidRPr="002C70F9" w14:paraId="5D541270" w14:textId="77777777" w:rsidTr="002C70F9">
        <w:trPr>
          <w:jc w:val="center"/>
        </w:trPr>
        <w:tc>
          <w:tcPr>
            <w:tcW w:w="11163" w:type="dxa"/>
          </w:tcPr>
          <w:p w14:paraId="7FC901B9" w14:textId="3C0D07F0"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بحوث عربية ومحلية:</w:t>
            </w:r>
            <w:r w:rsidR="005975D2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1</w:t>
            </w:r>
          </w:p>
        </w:tc>
      </w:tr>
      <w:tr w:rsidR="002C70F9" w:rsidRPr="002C70F9" w14:paraId="222E7DDB" w14:textId="77777777" w:rsidTr="002C70F9">
        <w:trPr>
          <w:jc w:val="center"/>
        </w:trPr>
        <w:tc>
          <w:tcPr>
            <w:tcW w:w="11163" w:type="dxa"/>
          </w:tcPr>
          <w:p w14:paraId="7D5432D1" w14:textId="77777777" w:rsidR="002C70F9" w:rsidRPr="002C70F9" w:rsidRDefault="002C70F9" w:rsidP="00BC34E1">
            <w:pPr>
              <w:pStyle w:val="21"/>
              <w:bidi/>
              <w:outlineLvl w:val="1"/>
              <w:rPr>
                <w:rFonts w:asciiTheme="majorBidi" w:hAnsiTheme="majorBidi"/>
                <w:sz w:val="28"/>
                <w:szCs w:val="28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الروابط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العلمية</w:t>
            </w:r>
          </w:p>
        </w:tc>
      </w:tr>
      <w:tr w:rsidR="002C70F9" w:rsidRPr="002C70F9" w14:paraId="27F0A303" w14:textId="77777777" w:rsidTr="002C70F9">
        <w:trPr>
          <w:jc w:val="center"/>
        </w:trPr>
        <w:tc>
          <w:tcPr>
            <w:tcW w:w="11163" w:type="dxa"/>
          </w:tcPr>
          <w:p w14:paraId="6C9EECD5" w14:textId="77777777"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Google Scholar:</w:t>
            </w:r>
          </w:p>
        </w:tc>
      </w:tr>
      <w:tr w:rsidR="002C70F9" w:rsidRPr="002C70F9" w14:paraId="07EAA647" w14:textId="77777777" w:rsidTr="002C70F9">
        <w:trPr>
          <w:jc w:val="center"/>
        </w:trPr>
        <w:tc>
          <w:tcPr>
            <w:tcW w:w="11163" w:type="dxa"/>
          </w:tcPr>
          <w:p w14:paraId="55AA78D7" w14:textId="77777777"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Scopus Author ID:</w:t>
            </w:r>
          </w:p>
        </w:tc>
      </w:tr>
      <w:tr w:rsidR="002C70F9" w:rsidRPr="002C70F9" w14:paraId="369F613D" w14:textId="77777777" w:rsidTr="002C70F9">
        <w:trPr>
          <w:jc w:val="center"/>
        </w:trPr>
        <w:tc>
          <w:tcPr>
            <w:tcW w:w="11163" w:type="dxa"/>
          </w:tcPr>
          <w:p w14:paraId="4FF9A0EC" w14:textId="77777777"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ResearchGate:</w:t>
            </w:r>
          </w:p>
        </w:tc>
      </w:tr>
      <w:tr w:rsidR="002C70F9" w:rsidRPr="002C70F9" w14:paraId="23C03230" w14:textId="77777777" w:rsidTr="002C70F9">
        <w:trPr>
          <w:jc w:val="center"/>
        </w:trPr>
        <w:tc>
          <w:tcPr>
            <w:tcW w:w="11163" w:type="dxa"/>
          </w:tcPr>
          <w:p w14:paraId="1B624365" w14:textId="77777777"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ORCID:</w:t>
            </w:r>
          </w:p>
        </w:tc>
      </w:tr>
      <w:tr w:rsidR="002C70F9" w:rsidRPr="002C70F9" w14:paraId="2F937950" w14:textId="77777777" w:rsidTr="002C70F9">
        <w:trPr>
          <w:jc w:val="center"/>
        </w:trPr>
        <w:tc>
          <w:tcPr>
            <w:tcW w:w="11163" w:type="dxa"/>
          </w:tcPr>
          <w:p w14:paraId="1F5233A1" w14:textId="77777777" w:rsidR="002C70F9" w:rsidRPr="002C70F9" w:rsidRDefault="002C70F9" w:rsidP="00BC34E1">
            <w:pPr>
              <w:pStyle w:val="21"/>
              <w:bidi/>
              <w:outlineLvl w:val="1"/>
              <w:rPr>
                <w:rFonts w:asciiTheme="majorBidi" w:hAnsiTheme="majorBidi"/>
                <w:sz w:val="28"/>
                <w:szCs w:val="28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المشاركات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العلمية</w:t>
            </w:r>
          </w:p>
        </w:tc>
      </w:tr>
      <w:tr w:rsidR="002C70F9" w:rsidRPr="002C70F9" w14:paraId="215DD987" w14:textId="77777777" w:rsidTr="002C70F9">
        <w:trPr>
          <w:jc w:val="center"/>
        </w:trPr>
        <w:tc>
          <w:tcPr>
            <w:tcW w:w="11163" w:type="dxa"/>
          </w:tcPr>
          <w:p w14:paraId="47A1B306" w14:textId="24327156" w:rsidR="002C70F9" w:rsidRPr="002C70F9" w:rsidRDefault="002C70F9" w:rsidP="005975D2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مؤتمرات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وندوات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E43DB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5975D2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4 ندوات </w:t>
            </w:r>
            <w:r w:rsidR="005975D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–</w:t>
            </w:r>
            <w:r w:rsidR="005975D2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مؤتمر 1</w:t>
            </w:r>
            <w:bookmarkStart w:id="0" w:name="_GoBack"/>
            <w:bookmarkEnd w:id="0"/>
          </w:p>
        </w:tc>
      </w:tr>
      <w:tr w:rsidR="002C70F9" w:rsidRPr="002C70F9" w14:paraId="400FABCB" w14:textId="77777777" w:rsidTr="002C70F9">
        <w:trPr>
          <w:jc w:val="center"/>
        </w:trPr>
        <w:tc>
          <w:tcPr>
            <w:tcW w:w="11163" w:type="dxa"/>
          </w:tcPr>
          <w:p w14:paraId="286EDC8C" w14:textId="4DFDC582"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ورش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عمل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ودورات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E43D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  </w:t>
            </w:r>
            <w:r w:rsidR="00E43DB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 xml:space="preserve">  2</w:t>
            </w:r>
          </w:p>
        </w:tc>
      </w:tr>
      <w:tr w:rsidR="002C70F9" w:rsidRPr="002C70F9" w14:paraId="594698EC" w14:textId="77777777" w:rsidTr="002C70F9">
        <w:trPr>
          <w:jc w:val="center"/>
        </w:trPr>
        <w:tc>
          <w:tcPr>
            <w:tcW w:w="11163" w:type="dxa"/>
          </w:tcPr>
          <w:p w14:paraId="343E68C8" w14:textId="77777777" w:rsidR="002C70F9" w:rsidRPr="002C70F9" w:rsidRDefault="002C70F9" w:rsidP="00BC34E1">
            <w:pPr>
              <w:pStyle w:val="21"/>
              <w:bidi/>
              <w:outlineLvl w:val="1"/>
              <w:rPr>
                <w:rFonts w:asciiTheme="majorBidi" w:hAnsiTheme="majorBidi"/>
                <w:sz w:val="28"/>
                <w:szCs w:val="28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المهارات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الإضافية</w:t>
            </w:r>
          </w:p>
        </w:tc>
      </w:tr>
      <w:tr w:rsidR="002C70F9" w:rsidRPr="002C70F9" w14:paraId="424DEDE3" w14:textId="77777777" w:rsidTr="002C70F9">
        <w:trPr>
          <w:jc w:val="center"/>
        </w:trPr>
        <w:tc>
          <w:tcPr>
            <w:tcW w:w="11163" w:type="dxa"/>
          </w:tcPr>
          <w:p w14:paraId="04656E87" w14:textId="77777777"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برامج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وتطبيقات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</w:p>
        </w:tc>
      </w:tr>
      <w:tr w:rsidR="002C70F9" w:rsidRPr="00603818" w14:paraId="574FDEA2" w14:textId="77777777" w:rsidTr="002C70F9">
        <w:trPr>
          <w:jc w:val="center"/>
        </w:trPr>
        <w:tc>
          <w:tcPr>
            <w:tcW w:w="11163" w:type="dxa"/>
          </w:tcPr>
          <w:p w14:paraId="42ABE3D3" w14:textId="77777777" w:rsidR="002C70F9" w:rsidRPr="00603818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لغات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أجنبية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</w:p>
        </w:tc>
      </w:tr>
    </w:tbl>
    <w:p w14:paraId="2E1CC38C" w14:textId="77777777" w:rsidR="00D8032D" w:rsidRPr="00603818" w:rsidRDefault="00D8032D" w:rsidP="002C70F9">
      <w:pPr>
        <w:pStyle w:val="a0"/>
        <w:numPr>
          <w:ilvl w:val="0"/>
          <w:numId w:val="0"/>
        </w:numPr>
        <w:bidi/>
        <w:rPr>
          <w:rFonts w:asciiTheme="majorBidi" w:hAnsiTheme="majorBidi" w:cstheme="majorBidi"/>
          <w:b/>
          <w:bCs/>
          <w:sz w:val="24"/>
          <w:szCs w:val="24"/>
        </w:rPr>
      </w:pPr>
    </w:p>
    <w:sectPr w:rsidR="00D8032D" w:rsidRPr="00603818" w:rsidSect="002C70F9">
      <w:pgSz w:w="12240" w:h="15840"/>
      <w:pgMar w:top="450" w:right="1800" w:bottom="45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2C70F9"/>
    <w:rsid w:val="00326F90"/>
    <w:rsid w:val="004A5891"/>
    <w:rsid w:val="005414B8"/>
    <w:rsid w:val="00566619"/>
    <w:rsid w:val="005975D2"/>
    <w:rsid w:val="00603818"/>
    <w:rsid w:val="009B040F"/>
    <w:rsid w:val="00A02749"/>
    <w:rsid w:val="00AA1D8D"/>
    <w:rsid w:val="00B47730"/>
    <w:rsid w:val="00C563D4"/>
    <w:rsid w:val="00CB0664"/>
    <w:rsid w:val="00D34E45"/>
    <w:rsid w:val="00D8032D"/>
    <w:rsid w:val="00DA04F7"/>
    <w:rsid w:val="00E43DB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D553C8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عنوان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عنوان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عنوان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العنوان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عنوان فرعي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نص أساسي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نص أساسي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نص أساسي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نص ماكرو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اقتباس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عنوان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عنوان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عنوان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عنوان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عنوان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عنوان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اقتباس مكثف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9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a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b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c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d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e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1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a2"/>
    <w:uiPriority w:val="99"/>
    <w:unhideWhenUsed/>
    <w:rsid w:val="005975D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عنوان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عنوان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عنوان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العنوان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عنوان فرعي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نص أساسي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نص أساسي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نص أساسي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نص ماكرو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اقتباس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عنوان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عنوان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عنوان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عنوان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عنوان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عنوان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اقتباس مكثف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9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a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b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c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d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e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1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a2"/>
    <w:uiPriority w:val="99"/>
    <w:unhideWhenUsed/>
    <w:rsid w:val="005975D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bioe.weam.ahmed@uodiuyal.edu.iq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1448864-0D9B-425B-A360-F6B26834C7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1030</Characters>
  <Application>Microsoft Office Word</Application>
  <DocSecurity>0</DocSecurity>
  <Lines>8</Lines>
  <Paragraphs>2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1208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pc</cp:lastModifiedBy>
  <cp:revision>2</cp:revision>
  <cp:lastPrinted>2026-03-09T19:03:00Z</cp:lastPrinted>
  <dcterms:created xsi:type="dcterms:W3CDTF">2026-03-09T19:06:00Z</dcterms:created>
  <dcterms:modified xsi:type="dcterms:W3CDTF">2026-03-09T19:06:00Z</dcterms:modified>
</cp:coreProperties>
</file>