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A0D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خالد طعمة </w:t>
            </w:r>
            <w:proofErr w:type="spellStart"/>
            <w:r w:rsidR="000A0D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عبداللة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A0D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استاذ مساعد دكتور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A0D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A0D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لاعضوية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A0D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 / التربية للعلوم الصرفة /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9B071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B07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</w:t>
            </w:r>
            <w:r w:rsidR="009B071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8C43B5">
              <w:rPr>
                <w:rStyle w:val="af1"/>
                <w:rFonts w:ascii="droidkufi" w:hAnsi="droidkufi"/>
                <w:color w:val="000000"/>
                <w:shd w:val="clear" w:color="auto" w:fill="FFFFFF"/>
              </w:rPr>
              <w:t>@puresci.uodiyala.edu</w:t>
            </w:r>
            <w:r w:rsidR="008C43B5">
              <w:rPr>
                <w:rStyle w:val="af1"/>
                <w:rFonts w:ascii="droidkufi" w:hAnsi="droidkufi" w:hint="cs"/>
                <w:color w:val="000000"/>
                <w:shd w:val="clear" w:color="auto" w:fill="FFFFFF"/>
                <w:rtl/>
              </w:rPr>
              <w:t xml:space="preserve"> </w:t>
            </w:r>
            <w:proofErr w:type="spellStart"/>
            <w:r w:rsidR="008C43B5">
              <w:rPr>
                <w:rStyle w:val="af1"/>
                <w:rFonts w:ascii="droidkufi" w:hAnsi="droidkufi"/>
                <w:color w:val="000000"/>
                <w:shd w:val="clear" w:color="auto" w:fill="FFFFFF"/>
                <w:lang w:bidi="ar-IQ"/>
              </w:rPr>
              <w:t>Khalid.t.abdullah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A0D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07725785</w:t>
            </w:r>
            <w:r w:rsidR="00D95C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0A0D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EC1D8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0061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D95C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كيمياء</w:t>
            </w:r>
            <w:r w:rsidR="00D95C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لاعضوية-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95C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تكريت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1D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95C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العراق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95C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2024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0061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كيمياء لاعضوية- التكنلوجية </w:t>
            </w:r>
            <w:r w:rsidR="00EC1D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</w:t>
            </w:r>
            <w:r w:rsidR="000061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2004</w:t>
            </w:r>
            <w:r w:rsidR="00EC1D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0061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كيمياء </w:t>
            </w:r>
            <w:r w:rsidR="000061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061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بغداد </w:t>
            </w:r>
            <w:r w:rsidR="000061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061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- 1996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061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E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(21 سنة)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80E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الكيمياء </w:t>
            </w:r>
            <w:proofErr w:type="spellStart"/>
            <w:r w:rsidR="00980E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اللاعضوية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1218AE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80E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E3C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</w:t>
            </w:r>
            <w:r w:rsidR="001218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2E3C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218AE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="001218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8</w:t>
            </w:r>
            <w:r w:rsidR="002E3C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</w:t>
            </w:r>
            <w:r w:rsidR="002E3C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9F360F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1218AE">
              <w:t xml:space="preserve"> </w:t>
            </w:r>
            <w:r w:rsidR="001218AE" w:rsidRPr="001218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https://scholar.google.com/citations?hl=en&amp;user=atX1y8EAAAAJ&amp;view_op=list_works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731C0E" w:rsidP="00731C0E">
            <w:pPr>
              <w:pStyle w:val="a0"/>
              <w:bidi/>
            </w:pPr>
            <w:r>
              <w:t xml:space="preserve">   </w:t>
            </w:r>
            <w:r w:rsidRPr="00731C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58308352500 </w:t>
            </w:r>
            <w:r w:rsidR="002C70F9" w:rsidRPr="00731C0E">
              <w:rPr>
                <w:b/>
                <w:bCs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616F2C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16F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616F2C">
              <w:t xml:space="preserve"> </w:t>
            </w:r>
            <w:r w:rsidR="00616F2C" w:rsidRPr="00616F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https://www.researchgate.net/profile/Khalid-Abdalluh?ev=hdr_xprf</w:t>
            </w:r>
            <w:bookmarkStart w:id="0" w:name="_GoBack"/>
            <w:bookmarkEnd w:id="0"/>
            <w:r w:rsidR="00616F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361B44" w:rsidP="00361B4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0009-0007-7931-9565: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80E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roidkuf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61AF"/>
    <w:rsid w:val="00034616"/>
    <w:rsid w:val="0006063C"/>
    <w:rsid w:val="000A0D21"/>
    <w:rsid w:val="001218AE"/>
    <w:rsid w:val="0015074B"/>
    <w:rsid w:val="0029639D"/>
    <w:rsid w:val="002C70F9"/>
    <w:rsid w:val="002E3C6D"/>
    <w:rsid w:val="00326F90"/>
    <w:rsid w:val="00361B44"/>
    <w:rsid w:val="005414B8"/>
    <w:rsid w:val="005A6C9B"/>
    <w:rsid w:val="00603818"/>
    <w:rsid w:val="00616F2C"/>
    <w:rsid w:val="00731C0E"/>
    <w:rsid w:val="008C43B5"/>
    <w:rsid w:val="00980E6C"/>
    <w:rsid w:val="009B040F"/>
    <w:rsid w:val="009B071C"/>
    <w:rsid w:val="009F360F"/>
    <w:rsid w:val="00A02749"/>
    <w:rsid w:val="00AA1D8D"/>
    <w:rsid w:val="00B47730"/>
    <w:rsid w:val="00BE1657"/>
    <w:rsid w:val="00CB0664"/>
    <w:rsid w:val="00D8032D"/>
    <w:rsid w:val="00D95C12"/>
    <w:rsid w:val="00EC1D8A"/>
    <w:rsid w:val="00EF6F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97FD38-26A3-4BF4-9288-F46C24F0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Maher</cp:lastModifiedBy>
  <cp:revision>10</cp:revision>
  <dcterms:created xsi:type="dcterms:W3CDTF">2013-12-23T23:15:00Z</dcterms:created>
  <dcterms:modified xsi:type="dcterms:W3CDTF">2026-02-28T21:28:00Z</dcterms:modified>
  <cp:category/>
</cp:coreProperties>
</file>