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عمار سعيد رشيد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رياضيات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تحليل دالي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</w:t>
            </w:r>
            <w:r w:rsidR="00FE65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ى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| كلية التربية للعلوم الصرفة| الرياضيات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="002B4AB1">
              <w:t xml:space="preserve"> </w:t>
            </w:r>
            <w:r w:rsidR="002B4AB1" w:rsidRPr="002B4A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Purecomp.ammar.rasheed@uodiyala.edu.iq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رياضيات- </w:t>
            </w:r>
            <w:r w:rsidR="00C16A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جنوب الاورال الحكومية- 2015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9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رياضيات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2B4A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2B4AB1">
              <w:t xml:space="preserve"> </w:t>
            </w:r>
            <w:r w:rsidR="002B4AB1" w:rsidRPr="002B4A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https://www.scopus.com/authid/detail.uri?authorId=57210575551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615502">
              <w:t xml:space="preserve"> </w:t>
            </w:r>
            <w:r w:rsidR="00615502" w:rsidRPr="006155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https://orcid.org/0000-0002-7402-9477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155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1 مؤتمر 6 ندوات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155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5 ورش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155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اكسل-ورد-بوربوينت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155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إنكليزي- روسي 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0AF3"/>
    <w:rsid w:val="0029639D"/>
    <w:rsid w:val="002B4AB1"/>
    <w:rsid w:val="002C70F9"/>
    <w:rsid w:val="00326F90"/>
    <w:rsid w:val="005414B8"/>
    <w:rsid w:val="00603818"/>
    <w:rsid w:val="00615502"/>
    <w:rsid w:val="009B040F"/>
    <w:rsid w:val="00A02749"/>
    <w:rsid w:val="00AA1D8D"/>
    <w:rsid w:val="00B47730"/>
    <w:rsid w:val="00C16A63"/>
    <w:rsid w:val="00CB0664"/>
    <w:rsid w:val="00D8032D"/>
    <w:rsid w:val="00FC693F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E98492"/>
  <w14:defaultImageDpi w14:val="300"/>
  <w15:docId w15:val="{199A652E-51CE-4B5E-A983-A5919F4E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5A9248-1E48-408F-B601-2C298D3A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athraa</cp:lastModifiedBy>
  <cp:revision>5</cp:revision>
  <dcterms:created xsi:type="dcterms:W3CDTF">2026-02-27T21:39:00Z</dcterms:created>
  <dcterms:modified xsi:type="dcterms:W3CDTF">2026-02-28T12:14:00Z</dcterms:modified>
  <cp:category/>
</cp:coreProperties>
</file>