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عذراء محمد رشيد عبد اللطيف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</w:t>
            </w:r>
            <w:proofErr w:type="spellStart"/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فيزياوية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ديالى| كلية التربية للعلوم الصرفة|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="00245C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athraa.Mohammed.rasheed@u</w:t>
            </w:r>
            <w:r w:rsidR="002C75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245C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diyala.edu.iq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</w:t>
            </w:r>
            <w:proofErr w:type="spellEnd"/>
            <w:proofErr w:type="gramEnd"/>
            <w:r w:rsidR="00245C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 جامعة ديالى- العراق-2021-2022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="002C75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3</w:t>
            </w:r>
            <w:r w:rsidR="002C75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مختبر الكيمياء </w:t>
            </w:r>
            <w:proofErr w:type="spellStart"/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الفيزياوية</w:t>
            </w:r>
            <w:proofErr w:type="spellEnd"/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 مختبر الكيمياء العضوية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5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BB0887">
              <w:t xml:space="preserve"> </w:t>
            </w:r>
            <w:r w:rsidR="00BB0887" w:rsidRPr="00BB08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https://scholar.google.com/citations?hl=ar&amp;user=Z5_Fpy0AAAAJ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</w:t>
            </w:r>
            <w:r w:rsidR="00BB08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; </w:t>
            </w:r>
            <w:r w:rsidR="00BB0887">
              <w:rPr>
                <w:rFonts w:ascii="Arial" w:hAnsi="Arial" w:cs="Arial"/>
                <w:color w:val="2E2E2E"/>
                <w:shd w:val="clear" w:color="auto" w:fill="FFFFFF"/>
              </w:rPr>
              <w:t>57421707900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BB0887" w:rsidP="00BB0887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gramEnd"/>
            <w:hyperlink r:id="rId6" w:history="1">
              <w:r w:rsidRPr="00176B56">
                <w:rPr>
                  <w:rStyle w:val="Hyperlink"/>
                  <w:b/>
                  <w:bCs/>
                  <w:szCs w:val="28"/>
                  <w:vertAlign w:val="superscript"/>
                  <w:lang w:bidi="ar-IQ"/>
                </w:rPr>
                <w:t>https://orcid.org/0009-0002-3199-8275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 دورة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7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اكسل-ورد-بوربوينت-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5C35"/>
    <w:rsid w:val="0029639D"/>
    <w:rsid w:val="002C70F9"/>
    <w:rsid w:val="002C75F9"/>
    <w:rsid w:val="00326F90"/>
    <w:rsid w:val="005414B8"/>
    <w:rsid w:val="00603818"/>
    <w:rsid w:val="009B040F"/>
    <w:rsid w:val="00A02749"/>
    <w:rsid w:val="00AA1D8D"/>
    <w:rsid w:val="00B47730"/>
    <w:rsid w:val="00BB0887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9729D5"/>
  <w14:defaultImageDpi w14:val="300"/>
  <w15:docId w15:val="{370F7DAC-43C5-4BD9-8EFB-D17C770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2C75F9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BB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9-0002-3199-82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9D148E-DCED-4CF1-A045-51816B4A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athraa</cp:lastModifiedBy>
  <cp:revision>2</cp:revision>
  <dcterms:created xsi:type="dcterms:W3CDTF">2026-02-27T19:44:00Z</dcterms:created>
  <dcterms:modified xsi:type="dcterms:W3CDTF">2026-02-27T19:44:00Z</dcterms:modified>
  <cp:category/>
</cp:coreProperties>
</file>