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fa"/>
        <w:bidiVisual/>
        <w:tblW w:w="11163" w:type="dxa"/>
        <w:jc w:val="center"/>
        <w:tblLook w:val="04A0" w:firstRow="1" w:lastRow="0" w:firstColumn="1" w:lastColumn="0" w:noHBand="0" w:noVBand="1"/>
      </w:tblPr>
      <w:tblGrid>
        <w:gridCol w:w="11163"/>
      </w:tblGrid>
      <w:tr w:rsidR="002C70F9" w:rsidRPr="002C70F9" w14:paraId="00E1F8AC" w14:textId="77777777" w:rsidTr="002C70F9">
        <w:trPr>
          <w:trHeight w:val="530"/>
          <w:jc w:val="center"/>
        </w:trPr>
        <w:tc>
          <w:tcPr>
            <w:tcW w:w="11163" w:type="dxa"/>
            <w:vAlign w:val="center"/>
          </w:tcPr>
          <w:p w14:paraId="493E94DF" w14:textId="591AE64A" w:rsidR="002C70F9" w:rsidRPr="002C70F9" w:rsidRDefault="002C70F9" w:rsidP="002C70F9">
            <w:pPr>
              <w:pStyle w:val="1"/>
              <w:bidi/>
              <w:jc w:val="center"/>
              <w:outlineLvl w:val="0"/>
              <w:rPr>
                <w:rFonts w:asciiTheme="majorBidi" w:hAnsiTheme="majorBidi"/>
                <w:sz w:val="32"/>
                <w:szCs w:val="32"/>
                <w:rtl/>
                <w:lang w:bidi="ar-IQ"/>
              </w:rPr>
            </w:pPr>
            <w:r w:rsidRPr="002C70F9">
              <w:rPr>
                <w:rFonts w:asciiTheme="majorBidi" w:hAnsiTheme="majorBidi"/>
                <w:sz w:val="32"/>
                <w:szCs w:val="32"/>
                <w:rtl/>
              </w:rPr>
              <w:t>السيرة</w:t>
            </w:r>
            <w:r w:rsidRPr="002C70F9">
              <w:rPr>
                <w:rFonts w:asciiTheme="majorBidi" w:hAnsiTheme="majorBidi"/>
                <w:sz w:val="32"/>
                <w:szCs w:val="32"/>
              </w:rPr>
              <w:t xml:space="preserve"> </w:t>
            </w:r>
            <w:r w:rsidRPr="002C70F9">
              <w:rPr>
                <w:rFonts w:asciiTheme="majorBidi" w:hAnsiTheme="majorBidi"/>
                <w:sz w:val="32"/>
                <w:szCs w:val="32"/>
                <w:rtl/>
              </w:rPr>
              <w:t>العلمية</w:t>
            </w:r>
            <w:r w:rsidRPr="002C70F9">
              <w:rPr>
                <w:rFonts w:asciiTheme="majorBidi" w:hAnsiTheme="majorBidi"/>
                <w:sz w:val="32"/>
                <w:szCs w:val="32"/>
              </w:rPr>
              <w:t xml:space="preserve"> </w:t>
            </w:r>
          </w:p>
        </w:tc>
      </w:tr>
      <w:tr w:rsidR="002C70F9" w:rsidRPr="002C70F9" w14:paraId="391319A8" w14:textId="77777777" w:rsidTr="002C70F9">
        <w:trPr>
          <w:jc w:val="center"/>
        </w:trPr>
        <w:tc>
          <w:tcPr>
            <w:tcW w:w="11163" w:type="dxa"/>
          </w:tcPr>
          <w:p w14:paraId="780D80CC" w14:textId="77777777" w:rsidR="002C70F9" w:rsidRPr="002C70F9" w:rsidRDefault="002C70F9" w:rsidP="00BC34E1">
            <w:pPr>
              <w:pStyle w:val="21"/>
              <w:bidi/>
              <w:outlineLvl w:val="1"/>
              <w:rPr>
                <w:rFonts w:asciiTheme="majorBidi" w:hAnsiTheme="majorBidi"/>
                <w:sz w:val="28"/>
                <w:szCs w:val="28"/>
                <w:rtl/>
                <w:lang w:bidi="ar-IQ"/>
              </w:rPr>
            </w:pPr>
            <w:r w:rsidRPr="002C70F9">
              <w:rPr>
                <w:rFonts w:asciiTheme="majorBidi" w:hAnsiTheme="majorBidi"/>
                <w:sz w:val="28"/>
                <w:szCs w:val="28"/>
                <w:rtl/>
              </w:rPr>
              <w:t>المعلومات</w:t>
            </w:r>
            <w:r w:rsidRPr="002C70F9">
              <w:rPr>
                <w:rFonts w:asciiTheme="majorBidi" w:hAnsiTheme="majorBidi"/>
                <w:sz w:val="28"/>
                <w:szCs w:val="28"/>
              </w:rPr>
              <w:t xml:space="preserve"> </w:t>
            </w:r>
            <w:r w:rsidRPr="002C70F9">
              <w:rPr>
                <w:rFonts w:asciiTheme="majorBidi" w:hAnsiTheme="majorBidi"/>
                <w:sz w:val="28"/>
                <w:szCs w:val="28"/>
                <w:rtl/>
              </w:rPr>
              <w:t>الشخصية</w:t>
            </w:r>
          </w:p>
        </w:tc>
      </w:tr>
      <w:tr w:rsidR="002C70F9" w:rsidRPr="002C70F9" w14:paraId="2CB512ED" w14:textId="77777777" w:rsidTr="002C70F9">
        <w:trPr>
          <w:jc w:val="center"/>
        </w:trPr>
        <w:tc>
          <w:tcPr>
            <w:tcW w:w="11163" w:type="dxa"/>
          </w:tcPr>
          <w:p w14:paraId="2CCC17AD" w14:textId="596A28FD" w:rsidR="002C70F9" w:rsidRPr="002C70F9" w:rsidRDefault="002C70F9" w:rsidP="00BC34E1">
            <w:pPr>
              <w:pStyle w:val="a0"/>
              <w:bidi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الاسم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الكامل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:</w:t>
            </w:r>
            <w:r w:rsidR="007B2106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</w:t>
            </w:r>
            <w:proofErr w:type="spellStart"/>
            <w:r w:rsidR="007B2106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أ.م.د</w:t>
            </w:r>
            <w:proofErr w:type="spellEnd"/>
            <w:r w:rsidR="007B2106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. علي شاكر محمود شكر </w:t>
            </w:r>
          </w:p>
        </w:tc>
      </w:tr>
      <w:tr w:rsidR="002C70F9" w:rsidRPr="002C70F9" w14:paraId="600B7399" w14:textId="77777777" w:rsidTr="002C70F9">
        <w:trPr>
          <w:jc w:val="center"/>
        </w:trPr>
        <w:tc>
          <w:tcPr>
            <w:tcW w:w="11163" w:type="dxa"/>
          </w:tcPr>
          <w:p w14:paraId="39A3E816" w14:textId="0A94C4FD" w:rsidR="002C70F9" w:rsidRPr="002C70F9" w:rsidRDefault="002C70F9" w:rsidP="00BC34E1">
            <w:pPr>
              <w:pStyle w:val="a0"/>
              <w:bidi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اللقب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العلمي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:</w:t>
            </w:r>
            <w:r w:rsidR="007B2106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أستاذ مساعد</w:t>
            </w:r>
          </w:p>
        </w:tc>
      </w:tr>
      <w:tr w:rsidR="002C70F9" w:rsidRPr="002C70F9" w14:paraId="74FCE3B1" w14:textId="77777777" w:rsidTr="002C70F9">
        <w:trPr>
          <w:jc w:val="center"/>
        </w:trPr>
        <w:tc>
          <w:tcPr>
            <w:tcW w:w="11163" w:type="dxa"/>
          </w:tcPr>
          <w:p w14:paraId="325EAC18" w14:textId="2AC20D1F" w:rsidR="002C70F9" w:rsidRPr="002C70F9" w:rsidRDefault="002C70F9" w:rsidP="00BC34E1">
            <w:pPr>
              <w:pStyle w:val="a0"/>
              <w:bidi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الاختصاص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العام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:</w:t>
            </w:r>
            <w:r w:rsidR="007B2106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علوم الحياة</w:t>
            </w:r>
          </w:p>
        </w:tc>
      </w:tr>
      <w:tr w:rsidR="002C70F9" w:rsidRPr="002C70F9" w14:paraId="3E5A7415" w14:textId="77777777" w:rsidTr="002C70F9">
        <w:trPr>
          <w:jc w:val="center"/>
        </w:trPr>
        <w:tc>
          <w:tcPr>
            <w:tcW w:w="11163" w:type="dxa"/>
          </w:tcPr>
          <w:p w14:paraId="24B7E860" w14:textId="42B351AF" w:rsidR="002C70F9" w:rsidRPr="002C70F9" w:rsidRDefault="002C70F9" w:rsidP="00BC34E1">
            <w:pPr>
              <w:pStyle w:val="a0"/>
              <w:bidi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الاختصاص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الدقيق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:</w:t>
            </w:r>
            <w:r w:rsidR="007B2106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الاحياء المجهرية</w:t>
            </w:r>
          </w:p>
        </w:tc>
      </w:tr>
      <w:tr w:rsidR="002C70F9" w:rsidRPr="002C70F9" w14:paraId="155B07D5" w14:textId="77777777" w:rsidTr="002C70F9">
        <w:trPr>
          <w:jc w:val="center"/>
        </w:trPr>
        <w:tc>
          <w:tcPr>
            <w:tcW w:w="11163" w:type="dxa"/>
          </w:tcPr>
          <w:p w14:paraId="2F240EDD" w14:textId="4CFE535F" w:rsidR="002C70F9" w:rsidRPr="002C70F9" w:rsidRDefault="002C70F9" w:rsidP="00BC34E1">
            <w:pPr>
              <w:pStyle w:val="a0"/>
              <w:bidi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الجامعة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/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الكلية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/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القسم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:</w:t>
            </w:r>
            <w:r w:rsidR="007B2106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جامعة ديالى / كلية التربية للعلوم الصرفة/ قسم علوم الحياة</w:t>
            </w:r>
          </w:p>
        </w:tc>
      </w:tr>
      <w:tr w:rsidR="002C70F9" w:rsidRPr="002C70F9" w14:paraId="4E85852F" w14:textId="77777777" w:rsidTr="002C70F9">
        <w:trPr>
          <w:jc w:val="center"/>
        </w:trPr>
        <w:tc>
          <w:tcPr>
            <w:tcW w:w="11163" w:type="dxa"/>
          </w:tcPr>
          <w:p w14:paraId="60483E29" w14:textId="2B4BFCC8" w:rsidR="007B2106" w:rsidRPr="007B2106" w:rsidRDefault="002C70F9" w:rsidP="007B2106">
            <w:pPr>
              <w:pStyle w:val="a0"/>
              <w:bidi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البريد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الإلكتروني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الرسمي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:</w:t>
            </w:r>
            <w:r w:rsidR="007B2106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</w:t>
            </w:r>
            <w:r w:rsidR="007B2106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ali.shakir@uodiyala.edu.iq</w:t>
            </w:r>
          </w:p>
        </w:tc>
      </w:tr>
      <w:tr w:rsidR="002C70F9" w:rsidRPr="002C70F9" w14:paraId="59930BD3" w14:textId="77777777" w:rsidTr="002C70F9">
        <w:trPr>
          <w:jc w:val="center"/>
        </w:trPr>
        <w:tc>
          <w:tcPr>
            <w:tcW w:w="11163" w:type="dxa"/>
          </w:tcPr>
          <w:p w14:paraId="73533131" w14:textId="1D2D5EA6" w:rsidR="002C70F9" w:rsidRPr="002C70F9" w:rsidRDefault="002C70F9" w:rsidP="00BC34E1">
            <w:pPr>
              <w:pStyle w:val="a0"/>
              <w:bidi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رقم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الهاتف</w:t>
            </w:r>
            <w:r w:rsidRPr="002C70F9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(اختياري)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:</w:t>
            </w:r>
            <w:r w:rsidR="007B2106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2C70F9" w:rsidRPr="002C70F9" w14:paraId="31053C45" w14:textId="77777777" w:rsidTr="002C70F9">
        <w:trPr>
          <w:jc w:val="center"/>
        </w:trPr>
        <w:tc>
          <w:tcPr>
            <w:tcW w:w="11163" w:type="dxa"/>
          </w:tcPr>
          <w:p w14:paraId="7939948F" w14:textId="77777777" w:rsidR="002C70F9" w:rsidRPr="002C70F9" w:rsidRDefault="002C70F9" w:rsidP="00BC34E1">
            <w:pPr>
              <w:pStyle w:val="21"/>
              <w:bidi/>
              <w:outlineLvl w:val="1"/>
              <w:rPr>
                <w:rFonts w:asciiTheme="majorBidi" w:hAnsiTheme="majorBidi"/>
                <w:sz w:val="28"/>
                <w:szCs w:val="28"/>
              </w:rPr>
            </w:pPr>
            <w:r w:rsidRPr="002C70F9">
              <w:rPr>
                <w:rFonts w:asciiTheme="majorBidi" w:hAnsiTheme="majorBidi"/>
                <w:sz w:val="28"/>
                <w:szCs w:val="28"/>
                <w:rtl/>
              </w:rPr>
              <w:t>المؤهلات</w:t>
            </w:r>
            <w:r w:rsidRPr="002C70F9">
              <w:rPr>
                <w:rFonts w:asciiTheme="majorBidi" w:hAnsiTheme="majorBidi"/>
                <w:sz w:val="28"/>
                <w:szCs w:val="28"/>
              </w:rPr>
              <w:t xml:space="preserve"> </w:t>
            </w:r>
            <w:r w:rsidRPr="002C70F9">
              <w:rPr>
                <w:rFonts w:asciiTheme="majorBidi" w:hAnsiTheme="majorBidi"/>
                <w:sz w:val="28"/>
                <w:szCs w:val="28"/>
                <w:rtl/>
              </w:rPr>
              <w:t>العلمية</w:t>
            </w:r>
          </w:p>
        </w:tc>
      </w:tr>
      <w:tr w:rsidR="002C70F9" w:rsidRPr="002C70F9" w14:paraId="7E304F79" w14:textId="77777777" w:rsidTr="002C70F9">
        <w:trPr>
          <w:jc w:val="center"/>
        </w:trPr>
        <w:tc>
          <w:tcPr>
            <w:tcW w:w="11163" w:type="dxa"/>
          </w:tcPr>
          <w:p w14:paraId="30E5E288" w14:textId="3473DF48" w:rsidR="002C70F9" w:rsidRPr="002C70F9" w:rsidRDefault="002C70F9" w:rsidP="00BC34E1">
            <w:pPr>
              <w:pStyle w:val="a0"/>
              <w:bidi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الدكتوراه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: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التخصص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–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الجامعة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–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الدولة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–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سنة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proofErr w:type="gramStart"/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التخرج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:</w:t>
            </w:r>
            <w:r w:rsidR="007B2106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 </w:t>
            </w:r>
            <w:r w:rsidR="007B2106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IQ"/>
              </w:rPr>
              <w:t>علوم</w:t>
            </w:r>
            <w:proofErr w:type="gramEnd"/>
            <w:r w:rsidR="007B2106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IQ"/>
              </w:rPr>
              <w:t xml:space="preserve"> الحياة/احياء مجهرية- جامعة ديالى-العراق-2024</w:t>
            </w:r>
          </w:p>
        </w:tc>
      </w:tr>
      <w:tr w:rsidR="002C70F9" w:rsidRPr="002C70F9" w14:paraId="428A24D5" w14:textId="77777777" w:rsidTr="002C70F9">
        <w:trPr>
          <w:jc w:val="center"/>
        </w:trPr>
        <w:tc>
          <w:tcPr>
            <w:tcW w:w="11163" w:type="dxa"/>
          </w:tcPr>
          <w:p w14:paraId="1E65CD85" w14:textId="75756B3C" w:rsidR="002C70F9" w:rsidRPr="002C70F9" w:rsidRDefault="002C70F9" w:rsidP="00BC34E1">
            <w:pPr>
              <w:pStyle w:val="a0"/>
              <w:bidi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الماجستير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: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التخصص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–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الجامعة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–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الدولة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–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سنة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proofErr w:type="gramStart"/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التخرج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:</w:t>
            </w:r>
            <w:r w:rsidR="007B2106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IQ"/>
              </w:rPr>
              <w:t>علوم</w:t>
            </w:r>
            <w:proofErr w:type="gramEnd"/>
            <w:r w:rsidR="007B2106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IQ"/>
              </w:rPr>
              <w:t xml:space="preserve"> الحياة/احياء مجهرية- جامعة ديالى-العراق-2019</w:t>
            </w:r>
          </w:p>
        </w:tc>
      </w:tr>
      <w:tr w:rsidR="002C70F9" w:rsidRPr="002C70F9" w14:paraId="375BE29C" w14:textId="77777777" w:rsidTr="002C70F9">
        <w:trPr>
          <w:jc w:val="center"/>
        </w:trPr>
        <w:tc>
          <w:tcPr>
            <w:tcW w:w="11163" w:type="dxa"/>
          </w:tcPr>
          <w:p w14:paraId="48B3DE17" w14:textId="7FDBF8B4" w:rsidR="002C70F9" w:rsidRPr="002C70F9" w:rsidRDefault="002C70F9" w:rsidP="00BC34E1">
            <w:pPr>
              <w:pStyle w:val="a0"/>
              <w:bidi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البكالوريوس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: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التخصص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–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الجامعة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–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الدولة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–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سنة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proofErr w:type="gramStart"/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التخرج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:</w:t>
            </w:r>
            <w:r w:rsidR="007B2106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IQ"/>
              </w:rPr>
              <w:t>علوم</w:t>
            </w:r>
            <w:proofErr w:type="gramEnd"/>
            <w:r w:rsidR="007B2106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IQ"/>
              </w:rPr>
              <w:t xml:space="preserve"> الحياة- جامعة ديالى-العراق-2009</w:t>
            </w:r>
          </w:p>
        </w:tc>
      </w:tr>
      <w:tr w:rsidR="002C70F9" w:rsidRPr="002C70F9" w14:paraId="42EC96E0" w14:textId="77777777" w:rsidTr="002C70F9">
        <w:trPr>
          <w:jc w:val="center"/>
        </w:trPr>
        <w:tc>
          <w:tcPr>
            <w:tcW w:w="11163" w:type="dxa"/>
          </w:tcPr>
          <w:p w14:paraId="5B1154BC" w14:textId="77777777" w:rsidR="002C70F9" w:rsidRPr="002C70F9" w:rsidRDefault="002C70F9" w:rsidP="00BC34E1">
            <w:pPr>
              <w:pStyle w:val="21"/>
              <w:bidi/>
              <w:outlineLvl w:val="1"/>
              <w:rPr>
                <w:rFonts w:asciiTheme="majorBidi" w:hAnsiTheme="majorBidi"/>
                <w:sz w:val="28"/>
                <w:szCs w:val="28"/>
              </w:rPr>
            </w:pPr>
            <w:r w:rsidRPr="002C70F9">
              <w:rPr>
                <w:rFonts w:asciiTheme="majorBidi" w:hAnsiTheme="majorBidi"/>
                <w:sz w:val="28"/>
                <w:szCs w:val="28"/>
                <w:rtl/>
              </w:rPr>
              <w:t>الخبرة</w:t>
            </w:r>
            <w:r w:rsidRPr="002C70F9">
              <w:rPr>
                <w:rFonts w:asciiTheme="majorBidi" w:hAnsiTheme="majorBidi"/>
                <w:sz w:val="28"/>
                <w:szCs w:val="28"/>
              </w:rPr>
              <w:t xml:space="preserve"> </w:t>
            </w:r>
            <w:r w:rsidRPr="002C70F9">
              <w:rPr>
                <w:rFonts w:asciiTheme="majorBidi" w:hAnsiTheme="majorBidi"/>
                <w:sz w:val="28"/>
                <w:szCs w:val="28"/>
                <w:rtl/>
              </w:rPr>
              <w:t>الأكاديمية</w:t>
            </w:r>
          </w:p>
        </w:tc>
      </w:tr>
      <w:tr w:rsidR="002C70F9" w:rsidRPr="002C70F9" w14:paraId="7D682AC3" w14:textId="77777777" w:rsidTr="002C70F9">
        <w:trPr>
          <w:jc w:val="center"/>
        </w:trPr>
        <w:tc>
          <w:tcPr>
            <w:tcW w:w="11163" w:type="dxa"/>
          </w:tcPr>
          <w:p w14:paraId="0964DC68" w14:textId="4510F7B1" w:rsidR="002C70F9" w:rsidRPr="002C70F9" w:rsidRDefault="002C70F9" w:rsidP="00BC34E1">
            <w:pPr>
              <w:pStyle w:val="a0"/>
              <w:bidi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سنوات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التدريس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:</w:t>
            </w:r>
            <w:r w:rsidR="007B2106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7 سنوات</w:t>
            </w:r>
          </w:p>
        </w:tc>
      </w:tr>
      <w:tr w:rsidR="002C70F9" w:rsidRPr="002C70F9" w14:paraId="73B42F26" w14:textId="77777777" w:rsidTr="002C70F9">
        <w:trPr>
          <w:jc w:val="center"/>
        </w:trPr>
        <w:tc>
          <w:tcPr>
            <w:tcW w:w="11163" w:type="dxa"/>
          </w:tcPr>
          <w:p w14:paraId="203D88C2" w14:textId="4B98774F" w:rsidR="002C70F9" w:rsidRPr="002C70F9" w:rsidRDefault="002C70F9" w:rsidP="00BC34E1">
            <w:pPr>
              <w:pStyle w:val="a0"/>
              <w:bidi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المواد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التي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تم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تدريسها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:</w:t>
            </w:r>
            <w:r w:rsidR="007B2106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</w:t>
            </w:r>
            <w:proofErr w:type="spellStart"/>
            <w:r w:rsidR="007B2106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الاحياة</w:t>
            </w:r>
            <w:proofErr w:type="spellEnd"/>
            <w:r w:rsidR="007B2106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الطفيليات النظري </w:t>
            </w:r>
            <w:r w:rsidR="007B2106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–</w:t>
            </w:r>
            <w:r w:rsidR="007B2106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منهج البحث - المجهرية العملي </w:t>
            </w:r>
            <w:r w:rsidR="007B2106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–</w:t>
            </w:r>
            <w:r w:rsidR="007B2106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الحياتية الخلية عملي </w:t>
            </w:r>
            <w:r w:rsidR="007B2106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–</w:t>
            </w:r>
            <w:r w:rsidR="007B2106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الانسجة عملي-الاحياء العامة عملي</w:t>
            </w:r>
          </w:p>
        </w:tc>
      </w:tr>
      <w:tr w:rsidR="002C70F9" w:rsidRPr="002C70F9" w14:paraId="25AC63DB" w14:textId="77777777" w:rsidTr="002C70F9">
        <w:trPr>
          <w:jc w:val="center"/>
        </w:trPr>
        <w:tc>
          <w:tcPr>
            <w:tcW w:w="11163" w:type="dxa"/>
          </w:tcPr>
          <w:p w14:paraId="6281B93E" w14:textId="61CC2793" w:rsidR="002C70F9" w:rsidRPr="002C70F9" w:rsidRDefault="002C70F9" w:rsidP="00BC34E1">
            <w:pPr>
              <w:pStyle w:val="a0"/>
              <w:bidi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الإشراف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على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الرسائل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والأطاريح</w:t>
            </w:r>
            <w:proofErr w:type="spellEnd"/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:</w:t>
            </w:r>
            <w:r w:rsidR="007B2106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لا يوجد</w:t>
            </w:r>
          </w:p>
        </w:tc>
      </w:tr>
      <w:tr w:rsidR="002C70F9" w:rsidRPr="002C70F9" w14:paraId="74054895" w14:textId="77777777" w:rsidTr="002C70F9">
        <w:trPr>
          <w:jc w:val="center"/>
        </w:trPr>
        <w:tc>
          <w:tcPr>
            <w:tcW w:w="11163" w:type="dxa"/>
          </w:tcPr>
          <w:p w14:paraId="617F845A" w14:textId="77777777" w:rsidR="002C70F9" w:rsidRPr="002C70F9" w:rsidRDefault="002C70F9" w:rsidP="00BC34E1">
            <w:pPr>
              <w:pStyle w:val="21"/>
              <w:bidi/>
              <w:outlineLvl w:val="1"/>
              <w:rPr>
                <w:rFonts w:asciiTheme="majorBidi" w:hAnsiTheme="majorBidi"/>
                <w:sz w:val="28"/>
                <w:szCs w:val="28"/>
                <w:lang w:bidi="ar-IQ"/>
              </w:rPr>
            </w:pPr>
            <w:r w:rsidRPr="002C70F9">
              <w:rPr>
                <w:rFonts w:asciiTheme="majorBidi" w:hAnsiTheme="majorBidi"/>
                <w:sz w:val="28"/>
                <w:szCs w:val="28"/>
                <w:rtl/>
              </w:rPr>
              <w:t>الاهتمامات</w:t>
            </w:r>
            <w:r w:rsidRPr="002C70F9">
              <w:rPr>
                <w:rFonts w:asciiTheme="majorBidi" w:hAnsiTheme="majorBidi"/>
                <w:sz w:val="28"/>
                <w:szCs w:val="28"/>
              </w:rPr>
              <w:t xml:space="preserve"> </w:t>
            </w:r>
            <w:r w:rsidRPr="002C70F9">
              <w:rPr>
                <w:rFonts w:asciiTheme="majorBidi" w:hAnsiTheme="majorBidi"/>
                <w:sz w:val="28"/>
                <w:szCs w:val="28"/>
                <w:rtl/>
              </w:rPr>
              <w:t>البحثية</w:t>
            </w:r>
            <w:r w:rsidRPr="002C70F9">
              <w:rPr>
                <w:rFonts w:asciiTheme="majorBidi" w:hAnsiTheme="majorBidi" w:hint="cs"/>
                <w:sz w:val="28"/>
                <w:szCs w:val="28"/>
                <w:rtl/>
                <w:lang w:bidi="ar-IQ"/>
              </w:rPr>
              <w:t xml:space="preserve"> (اختاري)</w:t>
            </w:r>
          </w:p>
        </w:tc>
      </w:tr>
      <w:tr w:rsidR="002C70F9" w:rsidRPr="002C70F9" w14:paraId="6C137648" w14:textId="77777777" w:rsidTr="002C70F9">
        <w:trPr>
          <w:jc w:val="center"/>
        </w:trPr>
        <w:tc>
          <w:tcPr>
            <w:tcW w:w="11163" w:type="dxa"/>
          </w:tcPr>
          <w:p w14:paraId="09BE7ECF" w14:textId="70172C62" w:rsidR="002C70F9" w:rsidRPr="002C70F9" w:rsidRDefault="002C70F9" w:rsidP="00BC34E1">
            <w:pPr>
              <w:pStyle w:val="a0"/>
              <w:bidi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- </w:t>
            </w:r>
            <w:r w:rsidR="007B2106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</w:tr>
      <w:tr w:rsidR="002C70F9" w:rsidRPr="002C70F9" w14:paraId="3AED681A" w14:textId="77777777" w:rsidTr="002C70F9">
        <w:trPr>
          <w:jc w:val="center"/>
        </w:trPr>
        <w:tc>
          <w:tcPr>
            <w:tcW w:w="11163" w:type="dxa"/>
          </w:tcPr>
          <w:p w14:paraId="41AD9301" w14:textId="77777777" w:rsidR="002C70F9" w:rsidRPr="002C70F9" w:rsidRDefault="002C70F9" w:rsidP="00BC34E1">
            <w:pPr>
              <w:pStyle w:val="21"/>
              <w:bidi/>
              <w:outlineLvl w:val="1"/>
              <w:rPr>
                <w:rFonts w:asciiTheme="majorBidi" w:hAnsiTheme="majorBidi"/>
                <w:sz w:val="28"/>
                <w:szCs w:val="28"/>
              </w:rPr>
            </w:pPr>
            <w:r w:rsidRPr="002C70F9">
              <w:rPr>
                <w:rFonts w:asciiTheme="majorBidi" w:hAnsiTheme="majorBidi"/>
                <w:sz w:val="28"/>
                <w:szCs w:val="28"/>
                <w:rtl/>
              </w:rPr>
              <w:t>الإنتاج</w:t>
            </w:r>
            <w:r w:rsidRPr="002C70F9">
              <w:rPr>
                <w:rFonts w:asciiTheme="majorBidi" w:hAnsiTheme="majorBidi"/>
                <w:sz w:val="28"/>
                <w:szCs w:val="28"/>
              </w:rPr>
              <w:t xml:space="preserve"> </w:t>
            </w:r>
            <w:r w:rsidRPr="002C70F9">
              <w:rPr>
                <w:rFonts w:asciiTheme="majorBidi" w:hAnsiTheme="majorBidi"/>
                <w:sz w:val="28"/>
                <w:szCs w:val="28"/>
                <w:rtl/>
              </w:rPr>
              <w:t>العلمي</w:t>
            </w:r>
            <w:r w:rsidRPr="002C70F9">
              <w:rPr>
                <w:rFonts w:asciiTheme="majorBidi" w:hAnsiTheme="majorBidi" w:hint="cs"/>
                <w:sz w:val="28"/>
                <w:szCs w:val="28"/>
                <w:rtl/>
              </w:rPr>
              <w:t xml:space="preserve"> (اعداد)</w:t>
            </w:r>
          </w:p>
        </w:tc>
      </w:tr>
      <w:tr w:rsidR="002C70F9" w:rsidRPr="002C70F9" w14:paraId="0E84EF65" w14:textId="77777777" w:rsidTr="002C70F9">
        <w:trPr>
          <w:jc w:val="center"/>
        </w:trPr>
        <w:tc>
          <w:tcPr>
            <w:tcW w:w="11163" w:type="dxa"/>
          </w:tcPr>
          <w:p w14:paraId="40BF8603" w14:textId="69CFA814" w:rsidR="002C70F9" w:rsidRPr="002C70F9" w:rsidRDefault="005414B8" w:rsidP="00BC34E1">
            <w:pPr>
              <w:pStyle w:val="a0"/>
              <w:bidi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العدد الكلي</w:t>
            </w:r>
            <w:r w:rsidR="002C70F9"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ل</w:t>
            </w:r>
            <w:r w:rsidR="002C70F9"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لبحوث</w:t>
            </w:r>
            <w:r w:rsidR="002C70F9"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proofErr w:type="gramStart"/>
            <w:r w:rsidR="002C70F9"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المنشورة</w:t>
            </w:r>
            <w:r w:rsidR="002C70F9"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:</w:t>
            </w:r>
            <w:r w:rsidR="007B2106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 13</w:t>
            </w:r>
            <w:proofErr w:type="gramEnd"/>
            <w:r w:rsidR="007B2106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بحث </w:t>
            </w:r>
          </w:p>
        </w:tc>
      </w:tr>
      <w:tr w:rsidR="002C70F9" w:rsidRPr="002C70F9" w14:paraId="70B59494" w14:textId="77777777" w:rsidTr="002C70F9">
        <w:trPr>
          <w:jc w:val="center"/>
        </w:trPr>
        <w:tc>
          <w:tcPr>
            <w:tcW w:w="11163" w:type="dxa"/>
          </w:tcPr>
          <w:p w14:paraId="1CE0A20D" w14:textId="07F91256" w:rsidR="002C70F9" w:rsidRPr="002C70F9" w:rsidRDefault="002C70F9" w:rsidP="00BC34E1">
            <w:pPr>
              <w:pStyle w:val="a0"/>
              <w:bidi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بحوث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proofErr w:type="gramStart"/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Scopus:</w:t>
            </w:r>
            <w:r w:rsidR="007B2106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:</w:t>
            </w:r>
            <w:proofErr w:type="gramEnd"/>
            <w:r w:rsidR="007B2106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6 بحوث</w:t>
            </w:r>
          </w:p>
        </w:tc>
      </w:tr>
      <w:tr w:rsidR="002C70F9" w:rsidRPr="002C70F9" w14:paraId="23D95E54" w14:textId="77777777" w:rsidTr="002C70F9">
        <w:trPr>
          <w:jc w:val="center"/>
        </w:trPr>
        <w:tc>
          <w:tcPr>
            <w:tcW w:w="11163" w:type="dxa"/>
          </w:tcPr>
          <w:p w14:paraId="0111D307" w14:textId="158410B2" w:rsidR="002C70F9" w:rsidRPr="002C70F9" w:rsidRDefault="002C70F9" w:rsidP="00BC34E1">
            <w:pPr>
              <w:pStyle w:val="a0"/>
              <w:bidi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بحوث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Web of </w:t>
            </w:r>
            <w:proofErr w:type="gramStart"/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Science:</w:t>
            </w:r>
            <w:r w:rsidR="007B2106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:</w:t>
            </w:r>
            <w:proofErr w:type="gramEnd"/>
            <w:r w:rsidR="007B2106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1</w:t>
            </w:r>
          </w:p>
        </w:tc>
      </w:tr>
      <w:tr w:rsidR="002C70F9" w:rsidRPr="002C70F9" w14:paraId="7A6830FB" w14:textId="77777777" w:rsidTr="002C70F9">
        <w:trPr>
          <w:jc w:val="center"/>
        </w:trPr>
        <w:tc>
          <w:tcPr>
            <w:tcW w:w="11163" w:type="dxa"/>
          </w:tcPr>
          <w:p w14:paraId="65048B7D" w14:textId="06813D08" w:rsidR="002C70F9" w:rsidRPr="002C70F9" w:rsidRDefault="002C70F9" w:rsidP="00BC34E1">
            <w:pPr>
              <w:pStyle w:val="a0"/>
              <w:bidi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70F9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بحوث عربية ومحلية:</w:t>
            </w:r>
            <w:r w:rsidR="007B2106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</w:tr>
      <w:tr w:rsidR="002C70F9" w:rsidRPr="002C70F9" w14:paraId="56BCC421" w14:textId="77777777" w:rsidTr="002C70F9">
        <w:trPr>
          <w:jc w:val="center"/>
        </w:trPr>
        <w:tc>
          <w:tcPr>
            <w:tcW w:w="11163" w:type="dxa"/>
          </w:tcPr>
          <w:p w14:paraId="0A2C0B5E" w14:textId="77777777" w:rsidR="002C70F9" w:rsidRPr="002C70F9" w:rsidRDefault="002C70F9" w:rsidP="00BC34E1">
            <w:pPr>
              <w:pStyle w:val="21"/>
              <w:bidi/>
              <w:outlineLvl w:val="1"/>
              <w:rPr>
                <w:rFonts w:asciiTheme="majorBidi" w:hAnsiTheme="majorBidi"/>
                <w:sz w:val="28"/>
                <w:szCs w:val="28"/>
              </w:rPr>
            </w:pPr>
            <w:r w:rsidRPr="002C70F9">
              <w:rPr>
                <w:rFonts w:asciiTheme="majorBidi" w:hAnsiTheme="majorBidi"/>
                <w:sz w:val="28"/>
                <w:szCs w:val="28"/>
                <w:rtl/>
              </w:rPr>
              <w:t>الروابط</w:t>
            </w:r>
            <w:r w:rsidRPr="002C70F9">
              <w:rPr>
                <w:rFonts w:asciiTheme="majorBidi" w:hAnsiTheme="majorBidi"/>
                <w:sz w:val="28"/>
                <w:szCs w:val="28"/>
              </w:rPr>
              <w:t xml:space="preserve"> </w:t>
            </w:r>
            <w:r w:rsidRPr="002C70F9">
              <w:rPr>
                <w:rFonts w:asciiTheme="majorBidi" w:hAnsiTheme="majorBidi"/>
                <w:sz w:val="28"/>
                <w:szCs w:val="28"/>
                <w:rtl/>
              </w:rPr>
              <w:t>العلمية</w:t>
            </w:r>
          </w:p>
        </w:tc>
      </w:tr>
      <w:tr w:rsidR="002C70F9" w:rsidRPr="002C70F9" w14:paraId="470B610F" w14:textId="77777777" w:rsidTr="002C70F9">
        <w:trPr>
          <w:jc w:val="center"/>
        </w:trPr>
        <w:tc>
          <w:tcPr>
            <w:tcW w:w="11163" w:type="dxa"/>
          </w:tcPr>
          <w:p w14:paraId="22BCFB8F" w14:textId="69018B05" w:rsidR="007B2106" w:rsidRPr="007B2106" w:rsidRDefault="002C70F9" w:rsidP="007B2106">
            <w:pPr>
              <w:pStyle w:val="a0"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Google Scholar:</w:t>
            </w:r>
            <w:r w:rsidR="007B2106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</w:t>
            </w:r>
            <w:r w:rsidR="007B2106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hyperlink r:id="rId6" w:history="1">
              <w:r w:rsidR="007B2106" w:rsidRPr="002F7248">
                <w:rPr>
                  <w:rStyle w:val="Hyperlink"/>
                  <w:rFonts w:asciiTheme="majorBidi" w:hAnsiTheme="majorBidi" w:cstheme="majorBidi"/>
                  <w:b/>
                  <w:bCs/>
                  <w:sz w:val="24"/>
                  <w:szCs w:val="24"/>
                </w:rPr>
                <w:t>https://scholar.google.com/citations?user=NKpKWvoAAAAJ&amp;hl=ar</w:t>
              </w:r>
            </w:hyperlink>
          </w:p>
        </w:tc>
      </w:tr>
      <w:tr w:rsidR="002C70F9" w:rsidRPr="002C70F9" w14:paraId="3B79FF2F" w14:textId="77777777" w:rsidTr="002C70F9">
        <w:trPr>
          <w:jc w:val="center"/>
        </w:trPr>
        <w:tc>
          <w:tcPr>
            <w:tcW w:w="11163" w:type="dxa"/>
          </w:tcPr>
          <w:p w14:paraId="1A975A90" w14:textId="2C926DEF" w:rsidR="007B2106" w:rsidRPr="002C70F9" w:rsidRDefault="002C70F9" w:rsidP="007B2106">
            <w:pPr>
              <w:pStyle w:val="a0"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Scopus Author ID:</w:t>
            </w:r>
            <w:r w:rsidR="007B2106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hyperlink r:id="rId7" w:history="1">
              <w:r w:rsidR="007B2106" w:rsidRPr="002F7248">
                <w:rPr>
                  <w:rStyle w:val="Hyperlink"/>
                  <w:rFonts w:asciiTheme="majorBidi" w:hAnsiTheme="majorBidi" w:cstheme="majorBidi"/>
                  <w:b/>
                  <w:bCs/>
                  <w:sz w:val="24"/>
                  <w:szCs w:val="24"/>
                </w:rPr>
                <w:t>https://www.scopus.com/authid/detail.uri?authorId=57798252100</w:t>
              </w:r>
            </w:hyperlink>
          </w:p>
        </w:tc>
      </w:tr>
      <w:tr w:rsidR="002C70F9" w:rsidRPr="002C70F9" w14:paraId="6987969A" w14:textId="77777777" w:rsidTr="002C70F9">
        <w:trPr>
          <w:jc w:val="center"/>
        </w:trPr>
        <w:tc>
          <w:tcPr>
            <w:tcW w:w="11163" w:type="dxa"/>
          </w:tcPr>
          <w:p w14:paraId="523F82BE" w14:textId="77777777" w:rsidR="002C70F9" w:rsidRPr="002C70F9" w:rsidRDefault="002C70F9" w:rsidP="007B2106">
            <w:pPr>
              <w:pStyle w:val="a0"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ResearchGate:</w:t>
            </w:r>
          </w:p>
        </w:tc>
      </w:tr>
      <w:tr w:rsidR="002C70F9" w:rsidRPr="002C70F9" w14:paraId="2DE6152E" w14:textId="77777777" w:rsidTr="002C70F9">
        <w:trPr>
          <w:jc w:val="center"/>
        </w:trPr>
        <w:tc>
          <w:tcPr>
            <w:tcW w:w="11163" w:type="dxa"/>
          </w:tcPr>
          <w:p w14:paraId="11A97B26" w14:textId="1F6422CD" w:rsidR="007B2106" w:rsidRPr="002C70F9" w:rsidRDefault="002C70F9" w:rsidP="007B2106">
            <w:pPr>
              <w:pStyle w:val="a0"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proofErr w:type="spellStart"/>
            <w:proofErr w:type="gramStart"/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ORCID:</w:t>
            </w:r>
            <w:r w:rsidR="007B2106" w:rsidRPr="007B2106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https</w:t>
            </w:r>
            <w:proofErr w:type="spellEnd"/>
            <w:r w:rsidR="007B2106" w:rsidRPr="007B2106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://orcid.org/0009-0000-6444-301X</w:t>
            </w:r>
            <w:proofErr w:type="gramEnd"/>
          </w:p>
        </w:tc>
      </w:tr>
      <w:tr w:rsidR="002C70F9" w:rsidRPr="002C70F9" w14:paraId="71789817" w14:textId="77777777" w:rsidTr="002C70F9">
        <w:trPr>
          <w:jc w:val="center"/>
        </w:trPr>
        <w:tc>
          <w:tcPr>
            <w:tcW w:w="11163" w:type="dxa"/>
          </w:tcPr>
          <w:p w14:paraId="6EC75E46" w14:textId="77777777" w:rsidR="002C70F9" w:rsidRPr="002C70F9" w:rsidRDefault="002C70F9" w:rsidP="00BC34E1">
            <w:pPr>
              <w:pStyle w:val="21"/>
              <w:bidi/>
              <w:outlineLvl w:val="1"/>
              <w:rPr>
                <w:rFonts w:asciiTheme="majorBidi" w:hAnsiTheme="majorBidi"/>
                <w:sz w:val="28"/>
                <w:szCs w:val="28"/>
              </w:rPr>
            </w:pPr>
            <w:r w:rsidRPr="002C70F9">
              <w:rPr>
                <w:rFonts w:asciiTheme="majorBidi" w:hAnsiTheme="majorBidi"/>
                <w:sz w:val="28"/>
                <w:szCs w:val="28"/>
                <w:rtl/>
              </w:rPr>
              <w:t>المشاركات</w:t>
            </w:r>
            <w:r w:rsidRPr="002C70F9">
              <w:rPr>
                <w:rFonts w:asciiTheme="majorBidi" w:hAnsiTheme="majorBidi"/>
                <w:sz w:val="28"/>
                <w:szCs w:val="28"/>
              </w:rPr>
              <w:t xml:space="preserve"> </w:t>
            </w:r>
            <w:r w:rsidRPr="002C70F9">
              <w:rPr>
                <w:rFonts w:asciiTheme="majorBidi" w:hAnsiTheme="majorBidi"/>
                <w:sz w:val="28"/>
                <w:szCs w:val="28"/>
                <w:rtl/>
              </w:rPr>
              <w:t>العلمية</w:t>
            </w:r>
          </w:p>
        </w:tc>
      </w:tr>
      <w:tr w:rsidR="002C70F9" w:rsidRPr="002C70F9" w14:paraId="67E0CDDA" w14:textId="77777777" w:rsidTr="002C70F9">
        <w:trPr>
          <w:jc w:val="center"/>
        </w:trPr>
        <w:tc>
          <w:tcPr>
            <w:tcW w:w="11163" w:type="dxa"/>
          </w:tcPr>
          <w:p w14:paraId="3A6FA384" w14:textId="63CEEAD8" w:rsidR="002C70F9" w:rsidRPr="002C70F9" w:rsidRDefault="002C70F9" w:rsidP="00BC34E1">
            <w:pPr>
              <w:pStyle w:val="a0"/>
              <w:bidi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مؤتمرات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proofErr w:type="gramStart"/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وندوات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:</w:t>
            </w:r>
            <w:r w:rsidR="00846D88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="00846D88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2</w:t>
            </w:r>
            <w:proofErr w:type="gramEnd"/>
            <w:r w:rsidR="00846D88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مؤتمر         17 ندوة علمية</w:t>
            </w:r>
          </w:p>
        </w:tc>
      </w:tr>
      <w:tr w:rsidR="002C70F9" w:rsidRPr="002C70F9" w14:paraId="37B93F39" w14:textId="77777777" w:rsidTr="002C70F9">
        <w:trPr>
          <w:jc w:val="center"/>
        </w:trPr>
        <w:tc>
          <w:tcPr>
            <w:tcW w:w="11163" w:type="dxa"/>
          </w:tcPr>
          <w:p w14:paraId="3646084D" w14:textId="30785F6E" w:rsidR="002C70F9" w:rsidRPr="002C70F9" w:rsidRDefault="002C70F9" w:rsidP="00BC34E1">
            <w:pPr>
              <w:pStyle w:val="a0"/>
              <w:bidi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ورش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عمل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ودورات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:</w:t>
            </w:r>
            <w:r w:rsidR="00846D88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4 ورشة عمل        10 دورة تدريبية</w:t>
            </w:r>
          </w:p>
        </w:tc>
      </w:tr>
      <w:tr w:rsidR="002C70F9" w:rsidRPr="002C70F9" w14:paraId="2544258F" w14:textId="77777777" w:rsidTr="002C70F9">
        <w:trPr>
          <w:jc w:val="center"/>
        </w:trPr>
        <w:tc>
          <w:tcPr>
            <w:tcW w:w="11163" w:type="dxa"/>
          </w:tcPr>
          <w:p w14:paraId="58BB51F6" w14:textId="77777777" w:rsidR="002C70F9" w:rsidRPr="002C70F9" w:rsidRDefault="002C70F9" w:rsidP="00BC34E1">
            <w:pPr>
              <w:pStyle w:val="21"/>
              <w:bidi/>
              <w:outlineLvl w:val="1"/>
              <w:rPr>
                <w:rFonts w:asciiTheme="majorBidi" w:hAnsiTheme="majorBidi"/>
                <w:sz w:val="28"/>
                <w:szCs w:val="28"/>
              </w:rPr>
            </w:pPr>
            <w:r w:rsidRPr="002C70F9">
              <w:rPr>
                <w:rFonts w:asciiTheme="majorBidi" w:hAnsiTheme="majorBidi"/>
                <w:sz w:val="28"/>
                <w:szCs w:val="28"/>
                <w:rtl/>
              </w:rPr>
              <w:t>المهارات</w:t>
            </w:r>
            <w:r w:rsidRPr="002C70F9">
              <w:rPr>
                <w:rFonts w:asciiTheme="majorBidi" w:hAnsiTheme="majorBidi"/>
                <w:sz w:val="28"/>
                <w:szCs w:val="28"/>
              </w:rPr>
              <w:t xml:space="preserve"> </w:t>
            </w:r>
            <w:r w:rsidRPr="002C70F9">
              <w:rPr>
                <w:rFonts w:asciiTheme="majorBidi" w:hAnsiTheme="majorBidi"/>
                <w:sz w:val="28"/>
                <w:szCs w:val="28"/>
                <w:rtl/>
              </w:rPr>
              <w:t>الإضافية</w:t>
            </w:r>
          </w:p>
        </w:tc>
      </w:tr>
      <w:tr w:rsidR="002C70F9" w:rsidRPr="002C70F9" w14:paraId="348E8D85" w14:textId="77777777" w:rsidTr="002C70F9">
        <w:trPr>
          <w:jc w:val="center"/>
        </w:trPr>
        <w:tc>
          <w:tcPr>
            <w:tcW w:w="11163" w:type="dxa"/>
          </w:tcPr>
          <w:p w14:paraId="42619499" w14:textId="5689C1C5" w:rsidR="002C70F9" w:rsidRPr="002C70F9" w:rsidRDefault="002C70F9" w:rsidP="00BC34E1">
            <w:pPr>
              <w:pStyle w:val="a0"/>
              <w:bidi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برامج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وتطبيقات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:</w:t>
            </w:r>
            <w:r w:rsidR="007B2106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</w:t>
            </w:r>
            <w:r w:rsidR="007B2106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Microsoft office </w:t>
            </w:r>
          </w:p>
        </w:tc>
      </w:tr>
      <w:tr w:rsidR="002C70F9" w:rsidRPr="00603818" w14:paraId="07F6559D" w14:textId="77777777" w:rsidTr="002C70F9">
        <w:trPr>
          <w:jc w:val="center"/>
        </w:trPr>
        <w:tc>
          <w:tcPr>
            <w:tcW w:w="11163" w:type="dxa"/>
          </w:tcPr>
          <w:p w14:paraId="5BD7FC49" w14:textId="6C32D8CD" w:rsidR="002C70F9" w:rsidRPr="00603818" w:rsidRDefault="002C70F9" w:rsidP="00BC34E1">
            <w:pPr>
              <w:pStyle w:val="a0"/>
              <w:bidi/>
              <w:ind w:left="0" w:firstLine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لغات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أجنبية</w:t>
            </w:r>
            <w:r w:rsidRPr="002C70F9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:</w:t>
            </w:r>
            <w:r w:rsidR="007B2106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اللغة الإنكليزي</w:t>
            </w:r>
            <w:r w:rsidR="007B2106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ة</w:t>
            </w:r>
          </w:p>
        </w:tc>
      </w:tr>
    </w:tbl>
    <w:p w14:paraId="103F1A64" w14:textId="77777777" w:rsidR="00D8032D" w:rsidRPr="00603818" w:rsidRDefault="00D8032D" w:rsidP="002C70F9">
      <w:pPr>
        <w:pStyle w:val="a0"/>
        <w:numPr>
          <w:ilvl w:val="0"/>
          <w:numId w:val="0"/>
        </w:numPr>
        <w:bidi/>
        <w:rPr>
          <w:rFonts w:asciiTheme="majorBidi" w:hAnsiTheme="majorBidi" w:cstheme="majorBidi"/>
          <w:b/>
          <w:bCs/>
          <w:sz w:val="24"/>
          <w:szCs w:val="24"/>
        </w:rPr>
      </w:pPr>
    </w:p>
    <w:sectPr w:rsidR="00D8032D" w:rsidRPr="00603818" w:rsidSect="002C70F9">
      <w:pgSz w:w="12240" w:h="15840"/>
      <w:pgMar w:top="450" w:right="1800" w:bottom="45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888831266">
    <w:abstractNumId w:val="8"/>
  </w:num>
  <w:num w:numId="2" w16cid:durableId="2074154168">
    <w:abstractNumId w:val="6"/>
  </w:num>
  <w:num w:numId="3" w16cid:durableId="250937649">
    <w:abstractNumId w:val="5"/>
  </w:num>
  <w:num w:numId="4" w16cid:durableId="1731148338">
    <w:abstractNumId w:val="4"/>
  </w:num>
  <w:num w:numId="5" w16cid:durableId="638151158">
    <w:abstractNumId w:val="7"/>
  </w:num>
  <w:num w:numId="6" w16cid:durableId="719398085">
    <w:abstractNumId w:val="3"/>
  </w:num>
  <w:num w:numId="7" w16cid:durableId="237137160">
    <w:abstractNumId w:val="2"/>
  </w:num>
  <w:num w:numId="8" w16cid:durableId="1035424331">
    <w:abstractNumId w:val="1"/>
  </w:num>
  <w:num w:numId="9" w16cid:durableId="5585148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2C70F9"/>
    <w:rsid w:val="00326F90"/>
    <w:rsid w:val="005228B9"/>
    <w:rsid w:val="005414B8"/>
    <w:rsid w:val="00603818"/>
    <w:rsid w:val="007B2106"/>
    <w:rsid w:val="00846D88"/>
    <w:rsid w:val="009B040F"/>
    <w:rsid w:val="00A02749"/>
    <w:rsid w:val="00AA1D8D"/>
    <w:rsid w:val="00B47730"/>
    <w:rsid w:val="00CB0664"/>
    <w:rsid w:val="00D8032D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4676A1F"/>
  <w14:defaultImageDpi w14:val="300"/>
  <w15:docId w15:val="{568B1DD9-7F73-444E-A70F-39BB920B6D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">
    <w:name w:val="رأس الصفحة Char"/>
    <w:basedOn w:val="a2"/>
    <w:link w:val="a5"/>
    <w:uiPriority w:val="99"/>
    <w:rsid w:val="00E618BF"/>
  </w:style>
  <w:style w:type="paragraph" w:styleId="a6">
    <w:name w:val="footer"/>
    <w:basedOn w:val="a1"/>
    <w:link w:val="Char0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تذييل الصفحة Char"/>
    <w:basedOn w:val="a2"/>
    <w:link w:val="a6"/>
    <w:uiPriority w:val="99"/>
    <w:rsid w:val="00E618BF"/>
  </w:style>
  <w:style w:type="paragraph" w:styleId="a7">
    <w:name w:val="No Spacing"/>
    <w:uiPriority w:val="1"/>
    <w:qFormat/>
    <w:rsid w:val="00FC693F"/>
    <w:pPr>
      <w:spacing w:after="0" w:line="240" w:lineRule="auto"/>
    </w:pPr>
  </w:style>
  <w:style w:type="character" w:customStyle="1" w:styleId="1Char">
    <w:name w:val="العنوان 1 Char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Char">
    <w:name w:val="عنوان 2 Char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Char">
    <w:name w:val="عنوان 3 Char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8">
    <w:name w:val="Title"/>
    <w:basedOn w:val="a1"/>
    <w:next w:val="a1"/>
    <w:link w:val="Char1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Char1">
    <w:name w:val="العنوان Char"/>
    <w:basedOn w:val="a2"/>
    <w:link w:val="a8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9">
    <w:name w:val="Subtitle"/>
    <w:basedOn w:val="a1"/>
    <w:next w:val="a1"/>
    <w:link w:val="Char2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Char2">
    <w:name w:val="عنوان فرعي Char"/>
    <w:basedOn w:val="a2"/>
    <w:link w:val="a9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a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b">
    <w:name w:val="Body Text"/>
    <w:basedOn w:val="a1"/>
    <w:link w:val="Char3"/>
    <w:uiPriority w:val="99"/>
    <w:unhideWhenUsed/>
    <w:rsid w:val="00AA1D8D"/>
    <w:pPr>
      <w:spacing w:after="120"/>
    </w:pPr>
  </w:style>
  <w:style w:type="character" w:customStyle="1" w:styleId="Char3">
    <w:name w:val="نص أساسي Char"/>
    <w:basedOn w:val="a2"/>
    <w:link w:val="ab"/>
    <w:uiPriority w:val="99"/>
    <w:rsid w:val="00AA1D8D"/>
  </w:style>
  <w:style w:type="paragraph" w:styleId="22">
    <w:name w:val="Body Text 2"/>
    <w:basedOn w:val="a1"/>
    <w:link w:val="2Char0"/>
    <w:uiPriority w:val="99"/>
    <w:unhideWhenUsed/>
    <w:rsid w:val="00AA1D8D"/>
    <w:pPr>
      <w:spacing w:after="120" w:line="480" w:lineRule="auto"/>
    </w:pPr>
  </w:style>
  <w:style w:type="character" w:customStyle="1" w:styleId="2Char0">
    <w:name w:val="نص أساسي 2 Char"/>
    <w:basedOn w:val="a2"/>
    <w:link w:val="22"/>
    <w:uiPriority w:val="99"/>
    <w:rsid w:val="00AA1D8D"/>
  </w:style>
  <w:style w:type="paragraph" w:styleId="32">
    <w:name w:val="Body Text 3"/>
    <w:basedOn w:val="a1"/>
    <w:link w:val="3Char0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Char0">
    <w:name w:val="نص أساسي 3 Char"/>
    <w:basedOn w:val="a2"/>
    <w:link w:val="32"/>
    <w:uiPriority w:val="99"/>
    <w:rsid w:val="00AA1D8D"/>
    <w:rPr>
      <w:sz w:val="16"/>
      <w:szCs w:val="16"/>
    </w:rPr>
  </w:style>
  <w:style w:type="paragraph" w:styleId="ac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3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3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d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4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4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e">
    <w:name w:val="macro"/>
    <w:link w:val="Char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Char4">
    <w:name w:val="نص ماكرو Char"/>
    <w:basedOn w:val="a2"/>
    <w:link w:val="ae"/>
    <w:uiPriority w:val="99"/>
    <w:rsid w:val="0029639D"/>
    <w:rPr>
      <w:rFonts w:ascii="Courier" w:hAnsi="Courier"/>
      <w:sz w:val="20"/>
      <w:szCs w:val="20"/>
    </w:rPr>
  </w:style>
  <w:style w:type="paragraph" w:styleId="af">
    <w:name w:val="Quote"/>
    <w:basedOn w:val="a1"/>
    <w:next w:val="a1"/>
    <w:link w:val="Char5"/>
    <w:uiPriority w:val="29"/>
    <w:qFormat/>
    <w:rsid w:val="00FC693F"/>
    <w:rPr>
      <w:i/>
      <w:iCs/>
      <w:color w:val="000000" w:themeColor="text1"/>
    </w:rPr>
  </w:style>
  <w:style w:type="character" w:customStyle="1" w:styleId="Char5">
    <w:name w:val="اقتباس Char"/>
    <w:basedOn w:val="a2"/>
    <w:link w:val="af"/>
    <w:uiPriority w:val="29"/>
    <w:rsid w:val="00FC693F"/>
    <w:rPr>
      <w:i/>
      <w:iCs/>
      <w:color w:val="000000" w:themeColor="text1"/>
    </w:rPr>
  </w:style>
  <w:style w:type="character" w:customStyle="1" w:styleId="4Char">
    <w:name w:val="عنوان 4 Char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Char">
    <w:name w:val="عنوان 5 Char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Char">
    <w:name w:val="عنوان 6 Char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Char">
    <w:name w:val="عنوان 7 Char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Char">
    <w:name w:val="عنوان 8 Char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Char">
    <w:name w:val="عنوان 9 Char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0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1">
    <w:name w:val="Strong"/>
    <w:basedOn w:val="a2"/>
    <w:uiPriority w:val="22"/>
    <w:qFormat/>
    <w:rsid w:val="00FC693F"/>
    <w:rPr>
      <w:b/>
      <w:bCs/>
    </w:rPr>
  </w:style>
  <w:style w:type="character" w:styleId="af2">
    <w:name w:val="Emphasis"/>
    <w:basedOn w:val="a2"/>
    <w:uiPriority w:val="20"/>
    <w:qFormat/>
    <w:rsid w:val="00FC693F"/>
    <w:rPr>
      <w:i/>
      <w:iCs/>
    </w:rPr>
  </w:style>
  <w:style w:type="paragraph" w:styleId="af3">
    <w:name w:val="Intense Quote"/>
    <w:basedOn w:val="a1"/>
    <w:next w:val="a1"/>
    <w:link w:val="Char6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har6">
    <w:name w:val="اقتباس مكثف Char"/>
    <w:basedOn w:val="a2"/>
    <w:link w:val="af3"/>
    <w:uiPriority w:val="30"/>
    <w:rsid w:val="00FC693F"/>
    <w:rPr>
      <w:b/>
      <w:bCs/>
      <w:i/>
      <w:iCs/>
      <w:color w:val="4F81BD" w:themeColor="accent1"/>
    </w:rPr>
  </w:style>
  <w:style w:type="character" w:styleId="af4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5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6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7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8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9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a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b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c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d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0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5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1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6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2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7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5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e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0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1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Hyperlink">
    <w:name w:val="Hyperlink"/>
    <w:basedOn w:val="a2"/>
    <w:uiPriority w:val="99"/>
    <w:unhideWhenUsed/>
    <w:rsid w:val="007B2106"/>
    <w:rPr>
      <w:color w:val="0000FF" w:themeColor="hyperlink"/>
      <w:u w:val="single"/>
    </w:rPr>
  </w:style>
  <w:style w:type="character" w:styleId="aff2">
    <w:name w:val="Unresolved Mention"/>
    <w:basedOn w:val="a2"/>
    <w:uiPriority w:val="99"/>
    <w:semiHidden/>
    <w:unhideWhenUsed/>
    <w:rsid w:val="007B210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www.scopus.com/authid/detail.uri?authorId=57798252100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scholar.google.com/citations?user=NKpKWvoAAAAJ&amp;hl=ar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CCD2E7D2-7FD5-41DF-BBE3-6546DEF0E0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242</Words>
  <Characters>1383</Characters>
  <Application>Microsoft Office Word</Application>
  <DocSecurity>0</DocSecurity>
  <Lines>11</Lines>
  <Paragraphs>3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1622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asd</cp:lastModifiedBy>
  <cp:revision>9</cp:revision>
  <dcterms:created xsi:type="dcterms:W3CDTF">2013-12-23T23:15:00Z</dcterms:created>
  <dcterms:modified xsi:type="dcterms:W3CDTF">2026-03-10T20:39:00Z</dcterms:modified>
  <cp:category/>
</cp:coreProperties>
</file>