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093E4867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014D3030" w14:textId="77777777" w:rsidR="002C70F9" w:rsidRPr="002C70F9" w:rsidRDefault="002C70F9" w:rsidP="002C70F9">
            <w:pPr>
              <w:pStyle w:val="Heading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191CF25D" w14:textId="77777777" w:rsidTr="002C70F9">
        <w:trPr>
          <w:jc w:val="center"/>
        </w:trPr>
        <w:tc>
          <w:tcPr>
            <w:tcW w:w="11163" w:type="dxa"/>
          </w:tcPr>
          <w:p w14:paraId="356C5C47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0EEC5766" w14:textId="77777777" w:rsidTr="002C70F9">
        <w:trPr>
          <w:jc w:val="center"/>
        </w:trPr>
        <w:tc>
          <w:tcPr>
            <w:tcW w:w="11163" w:type="dxa"/>
          </w:tcPr>
          <w:p w14:paraId="068A9E6C" w14:textId="20243A13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مؤيد احمد رديعان هويان العزاوي</w:t>
            </w:r>
          </w:p>
        </w:tc>
      </w:tr>
      <w:tr w:rsidR="002C70F9" w:rsidRPr="002C70F9" w14:paraId="3ABB1458" w14:textId="77777777" w:rsidTr="002C70F9">
        <w:trPr>
          <w:jc w:val="center"/>
        </w:trPr>
        <w:tc>
          <w:tcPr>
            <w:tcW w:w="11163" w:type="dxa"/>
          </w:tcPr>
          <w:p w14:paraId="1BE1A672" w14:textId="0662D27E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</w:t>
            </w:r>
          </w:p>
        </w:tc>
      </w:tr>
      <w:tr w:rsidR="002C70F9" w:rsidRPr="002C70F9" w14:paraId="7561C99B" w14:textId="77777777" w:rsidTr="002C70F9">
        <w:trPr>
          <w:jc w:val="center"/>
        </w:trPr>
        <w:tc>
          <w:tcPr>
            <w:tcW w:w="11163" w:type="dxa"/>
          </w:tcPr>
          <w:p w14:paraId="36083EE6" w14:textId="68321F4E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</w:t>
            </w:r>
          </w:p>
        </w:tc>
      </w:tr>
      <w:tr w:rsidR="002C70F9" w:rsidRPr="002C70F9" w14:paraId="266B2072" w14:textId="77777777" w:rsidTr="002C70F9">
        <w:trPr>
          <w:jc w:val="center"/>
        </w:trPr>
        <w:tc>
          <w:tcPr>
            <w:tcW w:w="11163" w:type="dxa"/>
          </w:tcPr>
          <w:p w14:paraId="43802729" w14:textId="095DC2F2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العضوية</w:t>
            </w:r>
          </w:p>
        </w:tc>
      </w:tr>
      <w:tr w:rsidR="002C70F9" w:rsidRPr="002C70F9" w14:paraId="02F0D30C" w14:textId="77777777" w:rsidTr="002C70F9">
        <w:trPr>
          <w:jc w:val="center"/>
        </w:trPr>
        <w:tc>
          <w:tcPr>
            <w:tcW w:w="11163" w:type="dxa"/>
          </w:tcPr>
          <w:p w14:paraId="76C87301" w14:textId="7EBBAC8C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/ كلية التربية للعلوم الصرفة / قسم الكيمياء</w:t>
            </w:r>
          </w:p>
        </w:tc>
      </w:tr>
      <w:tr w:rsidR="002C70F9" w:rsidRPr="002C70F9" w14:paraId="1B36934D" w14:textId="77777777" w:rsidTr="002C70F9">
        <w:trPr>
          <w:jc w:val="center"/>
        </w:trPr>
        <w:tc>
          <w:tcPr>
            <w:tcW w:w="11163" w:type="dxa"/>
          </w:tcPr>
          <w:p w14:paraId="6BDD1334" w14:textId="4F086D24" w:rsidR="002C70F9" w:rsidRPr="002C70F9" w:rsidRDefault="002C70F9" w:rsidP="00AC4D46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: </w:t>
            </w:r>
            <w:r w:rsidR="00AC4D4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muayad.rdaiaan@uodiyala.edu.iq</w:t>
            </w:r>
          </w:p>
        </w:tc>
      </w:tr>
      <w:tr w:rsidR="002C70F9" w:rsidRPr="002C70F9" w14:paraId="659370D2" w14:textId="77777777" w:rsidTr="002C70F9">
        <w:trPr>
          <w:jc w:val="center"/>
        </w:trPr>
        <w:tc>
          <w:tcPr>
            <w:tcW w:w="11163" w:type="dxa"/>
          </w:tcPr>
          <w:p w14:paraId="17BDC0A0" w14:textId="77777777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3C3A1616" w14:textId="77777777" w:rsidTr="002C70F9">
        <w:trPr>
          <w:jc w:val="center"/>
        </w:trPr>
        <w:tc>
          <w:tcPr>
            <w:tcW w:w="11163" w:type="dxa"/>
          </w:tcPr>
          <w:p w14:paraId="645C190E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C0DEC4A" w14:textId="77777777" w:rsidTr="002C70F9">
        <w:trPr>
          <w:jc w:val="center"/>
        </w:trPr>
        <w:tc>
          <w:tcPr>
            <w:tcW w:w="11163" w:type="dxa"/>
          </w:tcPr>
          <w:p w14:paraId="1B6E2854" w14:textId="419B0CE4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C4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AC4D4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AC4D46" w:rsidRP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الكيمياء العضوية / جامعة بغداد /العراق /  2007</w:t>
            </w:r>
            <w:r w:rsidR="00AC4D4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IQ"/>
              </w:rPr>
              <w:t xml:space="preserve"> </w:t>
            </w:r>
          </w:p>
        </w:tc>
      </w:tr>
      <w:tr w:rsidR="002C70F9" w:rsidRPr="002C70F9" w14:paraId="35C42301" w14:textId="77777777" w:rsidTr="002C70F9">
        <w:trPr>
          <w:jc w:val="center"/>
        </w:trPr>
        <w:tc>
          <w:tcPr>
            <w:tcW w:w="11163" w:type="dxa"/>
          </w:tcPr>
          <w:p w14:paraId="6D2EC18D" w14:textId="6C0440B0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البوليمر/ جامعة بغداد / العراق/ 2002</w:t>
            </w:r>
          </w:p>
        </w:tc>
      </w:tr>
      <w:tr w:rsidR="002C70F9" w:rsidRPr="002C70F9" w14:paraId="7AAA8557" w14:textId="77777777" w:rsidTr="002C70F9">
        <w:trPr>
          <w:jc w:val="center"/>
        </w:trPr>
        <w:tc>
          <w:tcPr>
            <w:tcW w:w="11163" w:type="dxa"/>
          </w:tcPr>
          <w:p w14:paraId="407F9CAE" w14:textId="5CD5CF59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عام / جامعة بغداد / العراق / 1999</w:t>
            </w:r>
          </w:p>
        </w:tc>
      </w:tr>
      <w:tr w:rsidR="002C70F9" w:rsidRPr="002C70F9" w14:paraId="402187E9" w14:textId="77777777" w:rsidTr="002C70F9">
        <w:trPr>
          <w:jc w:val="center"/>
        </w:trPr>
        <w:tc>
          <w:tcPr>
            <w:tcW w:w="11163" w:type="dxa"/>
          </w:tcPr>
          <w:p w14:paraId="7ACA5B67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685B8506" w14:textId="77777777" w:rsidTr="002C70F9">
        <w:trPr>
          <w:jc w:val="center"/>
        </w:trPr>
        <w:tc>
          <w:tcPr>
            <w:tcW w:w="11163" w:type="dxa"/>
          </w:tcPr>
          <w:p w14:paraId="6167DB78" w14:textId="3BAB24A4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22 سنة </w:t>
            </w:r>
          </w:p>
        </w:tc>
      </w:tr>
      <w:tr w:rsidR="002C70F9" w:rsidRPr="002C70F9" w14:paraId="3A334977" w14:textId="77777777" w:rsidTr="002C70F9">
        <w:trPr>
          <w:jc w:val="center"/>
        </w:trPr>
        <w:tc>
          <w:tcPr>
            <w:tcW w:w="11163" w:type="dxa"/>
          </w:tcPr>
          <w:p w14:paraId="1A0B2FBE" w14:textId="4FF236BF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AC4D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العضوية لجميع المراحل , التشخيص العضوي للمرحلة الرابعة </w:t>
            </w:r>
          </w:p>
        </w:tc>
      </w:tr>
      <w:tr w:rsidR="002C70F9" w:rsidRPr="002C70F9" w14:paraId="0907EBD6" w14:textId="77777777" w:rsidTr="002C70F9">
        <w:trPr>
          <w:jc w:val="center"/>
        </w:trPr>
        <w:tc>
          <w:tcPr>
            <w:tcW w:w="11163" w:type="dxa"/>
          </w:tcPr>
          <w:p w14:paraId="5C9631F8" w14:textId="63399582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2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 رسائل ماجستير , 1 اطروحة دكتوراة , 3 رسائل دبلوم عالي</w:t>
            </w:r>
          </w:p>
        </w:tc>
      </w:tr>
      <w:tr w:rsidR="002C70F9" w:rsidRPr="002C70F9" w14:paraId="64478A46" w14:textId="77777777" w:rsidTr="002C70F9">
        <w:trPr>
          <w:jc w:val="center"/>
        </w:trPr>
        <w:tc>
          <w:tcPr>
            <w:tcW w:w="11163" w:type="dxa"/>
          </w:tcPr>
          <w:p w14:paraId="0FEF2412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6DB41049" w14:textId="77777777" w:rsidTr="002C70F9">
        <w:trPr>
          <w:jc w:val="center"/>
        </w:trPr>
        <w:tc>
          <w:tcPr>
            <w:tcW w:w="11163" w:type="dxa"/>
          </w:tcPr>
          <w:p w14:paraId="27908110" w14:textId="2179F018" w:rsidR="002C70F9" w:rsidRPr="002C70F9" w:rsidRDefault="00FC2B47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تحضير المركبات العضوية الحلقية الغير متجانسة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70F9" w:rsidRPr="002C70F9" w14:paraId="019D171D" w14:textId="77777777" w:rsidTr="002C70F9">
        <w:trPr>
          <w:jc w:val="center"/>
        </w:trPr>
        <w:tc>
          <w:tcPr>
            <w:tcW w:w="11163" w:type="dxa"/>
          </w:tcPr>
          <w:p w14:paraId="2FE1B9AE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60E27E0B" w14:textId="77777777" w:rsidTr="002C70F9">
        <w:trPr>
          <w:jc w:val="center"/>
        </w:trPr>
        <w:tc>
          <w:tcPr>
            <w:tcW w:w="11163" w:type="dxa"/>
          </w:tcPr>
          <w:p w14:paraId="028C7148" w14:textId="238A7CBF"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FC2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 </w:t>
            </w:r>
          </w:p>
        </w:tc>
      </w:tr>
      <w:tr w:rsidR="002C70F9" w:rsidRPr="002C70F9" w14:paraId="646EA79E" w14:textId="77777777" w:rsidTr="002C70F9">
        <w:trPr>
          <w:jc w:val="center"/>
        </w:trPr>
        <w:tc>
          <w:tcPr>
            <w:tcW w:w="11163" w:type="dxa"/>
          </w:tcPr>
          <w:p w14:paraId="6C0A5BBF" w14:textId="131B2FC1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FC2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2C70F9" w:rsidRPr="002C70F9" w14:paraId="0DBB6458" w14:textId="77777777" w:rsidTr="002C70F9">
        <w:trPr>
          <w:jc w:val="center"/>
        </w:trPr>
        <w:tc>
          <w:tcPr>
            <w:tcW w:w="11163" w:type="dxa"/>
          </w:tcPr>
          <w:p w14:paraId="042154B5" w14:textId="235828F2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FC2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C70F9" w:rsidRPr="002C70F9" w14:paraId="0B79FC11" w14:textId="77777777" w:rsidTr="002C70F9">
        <w:trPr>
          <w:jc w:val="center"/>
        </w:trPr>
        <w:tc>
          <w:tcPr>
            <w:tcW w:w="11163" w:type="dxa"/>
          </w:tcPr>
          <w:p w14:paraId="69054D79" w14:textId="21F7327A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FC2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14:paraId="4B327C71" w14:textId="77777777" w:rsidTr="002C70F9">
        <w:trPr>
          <w:jc w:val="center"/>
        </w:trPr>
        <w:tc>
          <w:tcPr>
            <w:tcW w:w="11163" w:type="dxa"/>
          </w:tcPr>
          <w:p w14:paraId="61C7DB3C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32D4D80A" w14:textId="77777777" w:rsidTr="002C70F9">
        <w:trPr>
          <w:jc w:val="center"/>
        </w:trPr>
        <w:tc>
          <w:tcPr>
            <w:tcW w:w="11163" w:type="dxa"/>
          </w:tcPr>
          <w:p w14:paraId="6ADCC740" w14:textId="71221D8C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FC2B47">
              <w:t xml:space="preserve"> </w:t>
            </w:r>
            <w:r w:rsidR="00FC2B47" w:rsidRPr="00FC2B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https://scholar.google.com/citations?user=iFQgMZ4AAAAJ&amp;hl=ar</w:t>
            </w:r>
          </w:p>
        </w:tc>
      </w:tr>
      <w:tr w:rsidR="002C70F9" w:rsidRPr="002C70F9" w14:paraId="427A7F26" w14:textId="77777777" w:rsidTr="002C70F9">
        <w:trPr>
          <w:jc w:val="center"/>
        </w:trPr>
        <w:tc>
          <w:tcPr>
            <w:tcW w:w="11163" w:type="dxa"/>
          </w:tcPr>
          <w:p w14:paraId="2A70BFCA" w14:textId="3312A19A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353A65">
              <w:t xml:space="preserve"> </w:t>
            </w:r>
            <w:r w:rsidR="00353A65" w:rsidRPr="00353A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https://www.scopus.com/authid/detail.uri?authorId=57214242143</w:t>
            </w:r>
          </w:p>
        </w:tc>
      </w:tr>
      <w:tr w:rsidR="002C70F9" w:rsidRPr="002C70F9" w14:paraId="1668EB1D" w14:textId="77777777" w:rsidTr="002C70F9">
        <w:trPr>
          <w:jc w:val="center"/>
        </w:trPr>
        <w:tc>
          <w:tcPr>
            <w:tcW w:w="11163" w:type="dxa"/>
          </w:tcPr>
          <w:p w14:paraId="706CBBAE" w14:textId="165E68A0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42592F">
              <w:t xml:space="preserve"> </w:t>
            </w:r>
            <w:r w:rsidR="0042592F" w:rsidRPr="004259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https://www.researchgate.net/profile/Muayad-Rdaiaan?ev=hdr_xprf</w:t>
            </w:r>
          </w:p>
        </w:tc>
      </w:tr>
      <w:tr w:rsidR="002C70F9" w:rsidRPr="002C70F9" w14:paraId="5C9B101A" w14:textId="77777777" w:rsidTr="002C70F9">
        <w:trPr>
          <w:jc w:val="center"/>
        </w:trPr>
        <w:tc>
          <w:tcPr>
            <w:tcW w:w="11163" w:type="dxa"/>
          </w:tcPr>
          <w:p w14:paraId="52107666" w14:textId="46AB7EDB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353A65">
              <w:t xml:space="preserve"> </w:t>
            </w:r>
            <w:r w:rsidR="00353A65" w:rsidRPr="00353A6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https://orcid.org/0000-0002-1252-4317</w:t>
            </w:r>
          </w:p>
        </w:tc>
      </w:tr>
      <w:tr w:rsidR="002C70F9" w:rsidRPr="002C70F9" w14:paraId="10E2497C" w14:textId="77777777" w:rsidTr="002C70F9">
        <w:trPr>
          <w:jc w:val="center"/>
        </w:trPr>
        <w:tc>
          <w:tcPr>
            <w:tcW w:w="11163" w:type="dxa"/>
          </w:tcPr>
          <w:p w14:paraId="43C5A89C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0E6F48F" w14:textId="77777777" w:rsidTr="002C70F9">
        <w:trPr>
          <w:jc w:val="center"/>
        </w:trPr>
        <w:tc>
          <w:tcPr>
            <w:tcW w:w="11163" w:type="dxa"/>
          </w:tcPr>
          <w:p w14:paraId="5429C13C" w14:textId="70942322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="0085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8 مؤتمرات والعديد من الندوات </w:t>
            </w:r>
          </w:p>
        </w:tc>
      </w:tr>
      <w:tr w:rsidR="002C70F9" w:rsidRPr="002C70F9" w14:paraId="341D8DF7" w14:textId="77777777" w:rsidTr="002C70F9">
        <w:trPr>
          <w:jc w:val="center"/>
        </w:trPr>
        <w:tc>
          <w:tcPr>
            <w:tcW w:w="11163" w:type="dxa"/>
          </w:tcPr>
          <w:p w14:paraId="17410305" w14:textId="7AFC109A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5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العديد من ورش العمل والدورات</w:t>
            </w:r>
          </w:p>
        </w:tc>
      </w:tr>
      <w:tr w:rsidR="002C70F9" w:rsidRPr="002C70F9" w14:paraId="508EC567" w14:textId="77777777" w:rsidTr="002C70F9">
        <w:trPr>
          <w:jc w:val="center"/>
        </w:trPr>
        <w:tc>
          <w:tcPr>
            <w:tcW w:w="11163" w:type="dxa"/>
          </w:tcPr>
          <w:p w14:paraId="6CDC0A94" w14:textId="77777777" w:rsidR="002C70F9" w:rsidRPr="002C70F9" w:rsidRDefault="002C70F9" w:rsidP="00BC34E1">
            <w:pPr>
              <w:pStyle w:val="Heading2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4AC55BC0" w14:textId="77777777" w:rsidTr="002C70F9">
        <w:trPr>
          <w:jc w:val="center"/>
        </w:trPr>
        <w:tc>
          <w:tcPr>
            <w:tcW w:w="11163" w:type="dxa"/>
          </w:tcPr>
          <w:p w14:paraId="1037E127" w14:textId="61B29595"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5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جميع البرامج الحاسوبية </w:t>
            </w:r>
          </w:p>
        </w:tc>
      </w:tr>
      <w:tr w:rsidR="002C70F9" w:rsidRPr="00603818" w14:paraId="759AE18A" w14:textId="77777777" w:rsidTr="002C70F9">
        <w:trPr>
          <w:jc w:val="center"/>
        </w:trPr>
        <w:tc>
          <w:tcPr>
            <w:tcW w:w="11163" w:type="dxa"/>
          </w:tcPr>
          <w:p w14:paraId="105DB2A3" w14:textId="1F58B9DF" w:rsidR="002C70F9" w:rsidRPr="00603818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5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اللغة الانكليزية</w:t>
            </w:r>
          </w:p>
        </w:tc>
      </w:tr>
    </w:tbl>
    <w:p w14:paraId="51CB7287" w14:textId="77777777"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754FF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2374076">
    <w:abstractNumId w:val="8"/>
  </w:num>
  <w:num w:numId="2" w16cid:durableId="1136414954">
    <w:abstractNumId w:val="6"/>
  </w:num>
  <w:num w:numId="3" w16cid:durableId="1361665230">
    <w:abstractNumId w:val="5"/>
  </w:num>
  <w:num w:numId="4" w16cid:durableId="1350336072">
    <w:abstractNumId w:val="4"/>
  </w:num>
  <w:num w:numId="5" w16cid:durableId="922296428">
    <w:abstractNumId w:val="7"/>
  </w:num>
  <w:num w:numId="6" w16cid:durableId="1404527290">
    <w:abstractNumId w:val="3"/>
  </w:num>
  <w:num w:numId="7" w16cid:durableId="1379668507">
    <w:abstractNumId w:val="2"/>
  </w:num>
  <w:num w:numId="8" w16cid:durableId="960956391">
    <w:abstractNumId w:val="1"/>
  </w:num>
  <w:num w:numId="9" w16cid:durableId="76959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353A65"/>
    <w:rsid w:val="0042592F"/>
    <w:rsid w:val="005414B8"/>
    <w:rsid w:val="005D1983"/>
    <w:rsid w:val="00603818"/>
    <w:rsid w:val="00855B37"/>
    <w:rsid w:val="009B040F"/>
    <w:rsid w:val="00A02749"/>
    <w:rsid w:val="00AA1D8D"/>
    <w:rsid w:val="00AC4D46"/>
    <w:rsid w:val="00B47730"/>
    <w:rsid w:val="00CB0664"/>
    <w:rsid w:val="00D8032D"/>
    <w:rsid w:val="00FC2B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F39D88"/>
  <w14:defaultImageDpi w14:val="300"/>
  <w15:docId w15:val="{D2E98268-7A65-4AE6-BAC5-52849906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muayad rdaiaan</cp:lastModifiedBy>
  <cp:revision>8</cp:revision>
  <dcterms:created xsi:type="dcterms:W3CDTF">2013-12-23T23:15:00Z</dcterms:created>
  <dcterms:modified xsi:type="dcterms:W3CDTF">2026-03-01T10:26:00Z</dcterms:modified>
  <cp:category/>
</cp:coreProperties>
</file>