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600F88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وئام احمد محمود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</w:pPr>
            <w:r w:rsidRPr="002C70F9">
              <w:rPr>
                <w:rtl/>
              </w:rPr>
              <w:t>اللقب</w:t>
            </w:r>
            <w:r w:rsidRPr="002C70F9">
              <w:t xml:space="preserve"> </w:t>
            </w:r>
            <w:r w:rsidRPr="002C70F9">
              <w:rPr>
                <w:rtl/>
              </w:rPr>
              <w:t>العلمي</w:t>
            </w:r>
            <w:r w:rsidRPr="002C70F9"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00F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كيمياء لا عضوية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جامعة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كلية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التربية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للعلوم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الصرفة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–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قسم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13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wiaam.ahmad.mahmoud</w:t>
            </w:r>
            <w:r w:rsidR="008B146D" w:rsidRPr="008B14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@uodiyala.edu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</w:pPr>
            <w:r w:rsidRPr="002C70F9">
              <w:rPr>
                <w:rtl/>
              </w:rPr>
              <w:t>رقم</w:t>
            </w:r>
            <w:r w:rsidRPr="002C70F9">
              <w:t xml:space="preserve"> </w:t>
            </w:r>
            <w:r w:rsidRPr="002C70F9">
              <w:rPr>
                <w:rtl/>
              </w:rPr>
              <w:t>الهاتف</w:t>
            </w:r>
            <w:r w:rsidRPr="002C70F9">
              <w:rPr>
                <w:rFonts w:hint="cs"/>
                <w:rtl/>
              </w:rPr>
              <w:t xml:space="preserve"> (اختياري)</w:t>
            </w:r>
            <w:r w:rsidRPr="002C70F9"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F613B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0772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4392789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613BE">
            <w:pPr>
              <w:pStyle w:val="a0"/>
              <w:bidi/>
            </w:pPr>
            <w:r w:rsidRPr="002C70F9">
              <w:rPr>
                <w:rtl/>
              </w:rPr>
              <w:t>الدكتوراه</w:t>
            </w:r>
            <w:r w:rsidRPr="002C70F9">
              <w:t xml:space="preserve">: </w:t>
            </w:r>
            <w:r w:rsidRPr="002C70F9">
              <w:rPr>
                <w:rtl/>
              </w:rPr>
              <w:t>التخصص</w:t>
            </w:r>
            <w:r w:rsidRPr="002C70F9">
              <w:t xml:space="preserve"> – </w:t>
            </w:r>
            <w:r w:rsidRPr="002C70F9">
              <w:rPr>
                <w:rtl/>
              </w:rPr>
              <w:t>الجامعة</w:t>
            </w:r>
            <w:r w:rsidRPr="002C70F9">
              <w:t xml:space="preserve"> – </w:t>
            </w:r>
            <w:r w:rsidRPr="002C70F9">
              <w:rPr>
                <w:rtl/>
              </w:rPr>
              <w:t>الدولة</w:t>
            </w:r>
            <w:r w:rsidRPr="002C70F9">
              <w:t xml:space="preserve"> – </w:t>
            </w:r>
            <w:r w:rsidRPr="002C70F9">
              <w:rPr>
                <w:rtl/>
              </w:rPr>
              <w:t>سنة</w:t>
            </w:r>
            <w:r w:rsidRPr="002C70F9">
              <w:t xml:space="preserve"> </w:t>
            </w:r>
            <w:r w:rsidRPr="002C70F9">
              <w:rPr>
                <w:rtl/>
              </w:rPr>
              <w:t>التخرج</w:t>
            </w:r>
            <w:r>
              <w:rPr>
                <w:rFonts w:hint="cs"/>
                <w:rtl/>
              </w:rPr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كيمياء- جامعة 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بغداد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202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-202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كيمياء- جامعة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تكريت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16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613B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كيمياء- جامعة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r w:rsidR="00F613BE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3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613BE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فيزياوية</w:t>
            </w:r>
            <w:proofErr w:type="spellEnd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-كيمياء صناعية- الضوئية- كيمياء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لاعضوية</w:t>
            </w:r>
            <w:bookmarkStart w:id="0" w:name="_GoBack"/>
            <w:bookmarkEnd w:id="0"/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F613BE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7" w:history="1">
              <w:r w:rsidR="00F613BE" w:rsidRPr="00D85799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https://orcid.org/0009-0001-7027-7174</w:t>
              </w:r>
            </w:hyperlink>
            <w:r w:rsidR="00F613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414B8"/>
    <w:rsid w:val="00600F88"/>
    <w:rsid w:val="00603818"/>
    <w:rsid w:val="00693460"/>
    <w:rsid w:val="008B146D"/>
    <w:rsid w:val="009B040F"/>
    <w:rsid w:val="00A02749"/>
    <w:rsid w:val="00AA1D8D"/>
    <w:rsid w:val="00B47730"/>
    <w:rsid w:val="00CB0664"/>
    <w:rsid w:val="00D8032D"/>
    <w:rsid w:val="00F613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6934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6934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cid.org/0009-0001-7027-71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7F0A3A-2A31-4EC8-B0C3-A5B22574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1231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TOSHIBA</cp:lastModifiedBy>
  <cp:revision>2</cp:revision>
  <dcterms:created xsi:type="dcterms:W3CDTF">2026-03-01T13:31:00Z</dcterms:created>
  <dcterms:modified xsi:type="dcterms:W3CDTF">2026-03-01T13:31:00Z</dcterms:modified>
</cp:coreProperties>
</file>