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hint="cs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مروه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اسماعيل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مبارك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خليفة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</w:pPr>
            <w:r w:rsidRPr="002C70F9">
              <w:rPr>
                <w:rtl/>
              </w:rPr>
              <w:t>اللقب</w:t>
            </w:r>
            <w:r w:rsidRPr="002C70F9">
              <w:t xml:space="preserve"> </w:t>
            </w:r>
            <w:r w:rsidRPr="002C70F9">
              <w:rPr>
                <w:rtl/>
              </w:rPr>
              <w:t>العلمي</w:t>
            </w:r>
            <w:r w:rsidRPr="002C70F9">
              <w:t>:</w:t>
            </w:r>
            <w:r w:rsidR="008B146D">
              <w:rPr>
                <w:rFonts w:hint="cs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مدرس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كيمياء </w:t>
            </w:r>
            <w:proofErr w:type="spellStart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فيزياوية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جامعة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ديالى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-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كلية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التربية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للعلوم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الصرفة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–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قسم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146D" w:rsidRPr="008B14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marwa.ismail.mubarak@uodiyala.edu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</w:pPr>
            <w:r w:rsidRPr="002C70F9">
              <w:rPr>
                <w:rtl/>
              </w:rPr>
              <w:t>رقم</w:t>
            </w:r>
            <w:r w:rsidRPr="002C70F9">
              <w:t xml:space="preserve"> </w:t>
            </w:r>
            <w:r w:rsidRPr="002C70F9">
              <w:rPr>
                <w:rtl/>
              </w:rPr>
              <w:t>الهاتف</w:t>
            </w:r>
            <w:r w:rsidRPr="002C70F9">
              <w:rPr>
                <w:rFonts w:hint="cs"/>
                <w:rtl/>
              </w:rPr>
              <w:t xml:space="preserve"> (اختياري)</w:t>
            </w:r>
            <w:r w:rsidRPr="002C70F9">
              <w:t>:</w:t>
            </w:r>
            <w:r w:rsidR="008B146D">
              <w:rPr>
                <w:rFonts w:hint="cs"/>
                <w:rtl/>
              </w:rPr>
              <w:t xml:space="preserve"> 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07729720833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</w:pPr>
            <w:r w:rsidRPr="002C70F9">
              <w:rPr>
                <w:rtl/>
              </w:rPr>
              <w:t>الدكتوراه</w:t>
            </w:r>
            <w:r w:rsidRPr="002C70F9">
              <w:t xml:space="preserve">: </w:t>
            </w:r>
            <w:r w:rsidRPr="002C70F9">
              <w:rPr>
                <w:rtl/>
              </w:rPr>
              <w:t>التخصص</w:t>
            </w:r>
            <w:r w:rsidRPr="002C70F9">
              <w:t xml:space="preserve"> – </w:t>
            </w:r>
            <w:r w:rsidRPr="002C70F9">
              <w:rPr>
                <w:rtl/>
              </w:rPr>
              <w:t>الجامعة</w:t>
            </w:r>
            <w:r w:rsidRPr="002C70F9">
              <w:t xml:space="preserve"> – </w:t>
            </w:r>
            <w:r w:rsidRPr="002C70F9">
              <w:rPr>
                <w:rtl/>
              </w:rPr>
              <w:t>الدولة</w:t>
            </w:r>
            <w:r w:rsidRPr="002C70F9">
              <w:t xml:space="preserve"> – </w:t>
            </w:r>
            <w:r w:rsidRPr="002C70F9">
              <w:rPr>
                <w:rtl/>
              </w:rPr>
              <w:t>سنة</w:t>
            </w:r>
            <w:r w:rsidRPr="002C70F9">
              <w:t xml:space="preserve"> </w:t>
            </w:r>
            <w:r w:rsidRPr="002C70F9">
              <w:rPr>
                <w:rtl/>
              </w:rPr>
              <w:t>التخرج</w:t>
            </w:r>
            <w:r>
              <w:rPr>
                <w:rFonts w:hint="cs"/>
                <w:rtl/>
              </w:rPr>
              <w:t>:</w:t>
            </w:r>
            <w:r w:rsidR="008B146D">
              <w:rPr>
                <w:rFonts w:hint="cs"/>
                <w:rtl/>
              </w:rPr>
              <w:t xml:space="preserve"> 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كيمياء- جامعة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تكريت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- العراق- 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202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-202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كيمياء- جامعة </w:t>
            </w:r>
            <w:r w:rsidR="008B146D" w:rsidRP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تكريت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- العراق- 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20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16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-20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كيمياء- جامعة ديالى- العراق- 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20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12</w:t>
            </w:r>
            <w:r w:rsidR="008B146D" w:rsidRPr="008B146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-20</w:t>
            </w:r>
            <w:r w:rsidR="008B146D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3 سنوات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8B146D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</w:t>
            </w:r>
            <w:proofErr w:type="spellStart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فيزياوية</w:t>
            </w:r>
            <w:proofErr w:type="spellEnd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كيمياء عضوية </w:t>
            </w:r>
            <w:r w:rsidR="008B14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صناعية- الضوئية- كيمياء </w:t>
            </w:r>
            <w:proofErr w:type="spellStart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لاعضوية</w:t>
            </w:r>
            <w:proofErr w:type="spellEnd"/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 السلامة والامن الكيميائي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E613CB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613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\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B14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693460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bookmarkStart w:id="0" w:name="_GoBack"/>
            <w:r w:rsidR="00E613CB">
              <w:fldChar w:fldCharType="begin"/>
            </w:r>
            <w:r w:rsidR="00E613CB">
              <w:instrText xml:space="preserve"> HYPERLINK "https://orcid.org/0009-0007-9084-8302" </w:instrText>
            </w:r>
            <w:r w:rsidR="00E613CB">
              <w:fldChar w:fldCharType="separate"/>
            </w:r>
            <w:r w:rsidR="00693460" w:rsidRPr="00D85799">
              <w:rPr>
                <w:rStyle w:val="Hyperlink"/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https://orcid.org/0009-0007-9084-8302</w:t>
            </w:r>
            <w:r w:rsidR="00E613CB">
              <w:rPr>
                <w:rStyle w:val="Hyperlink"/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934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7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5414B8"/>
    <w:rsid w:val="00603818"/>
    <w:rsid w:val="00693460"/>
    <w:rsid w:val="008B146D"/>
    <w:rsid w:val="009B040F"/>
    <w:rsid w:val="00A02749"/>
    <w:rsid w:val="00AA1D8D"/>
    <w:rsid w:val="00B47730"/>
    <w:rsid w:val="00CB0664"/>
    <w:rsid w:val="00D8032D"/>
    <w:rsid w:val="00E613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6934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6934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659838-7AE7-42FA-BC9F-CDF124BA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DR.Ahmed Saker</Company>
  <LinksUpToDate>false</LinksUpToDate>
  <CharactersWithSpaces>1278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TOSHIBA</cp:lastModifiedBy>
  <cp:revision>3</cp:revision>
  <dcterms:created xsi:type="dcterms:W3CDTF">2026-03-01T13:16:00Z</dcterms:created>
  <dcterms:modified xsi:type="dcterms:W3CDTF">2026-03-01T14:36:00Z</dcterms:modified>
</cp:coreProperties>
</file>