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3CF5443A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02A2DC97" w14:textId="77777777" w:rsidR="002C70F9" w:rsidRPr="002C70F9" w:rsidRDefault="002C70F9" w:rsidP="002C70F9">
            <w:pPr>
              <w:pStyle w:val="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519B69EE" w14:textId="77777777" w:rsidTr="002C70F9">
        <w:trPr>
          <w:jc w:val="center"/>
        </w:trPr>
        <w:tc>
          <w:tcPr>
            <w:tcW w:w="11163" w:type="dxa"/>
          </w:tcPr>
          <w:p w14:paraId="284747D4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55ACC2B6" w14:textId="77777777" w:rsidTr="002C70F9">
        <w:trPr>
          <w:jc w:val="center"/>
        </w:trPr>
        <w:tc>
          <w:tcPr>
            <w:tcW w:w="11163" w:type="dxa"/>
          </w:tcPr>
          <w:p w14:paraId="523BA81A" w14:textId="034C48FE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</w:t>
            </w:r>
            <w:proofErr w:type="gramEnd"/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وســــــــــــــن عبد اللطيف مجيد خميس العزاوي </w:t>
            </w:r>
          </w:p>
        </w:tc>
      </w:tr>
      <w:tr w:rsidR="002C70F9" w:rsidRPr="002C70F9" w14:paraId="7F4DAEDB" w14:textId="77777777" w:rsidTr="002C70F9">
        <w:trPr>
          <w:jc w:val="center"/>
        </w:trPr>
        <w:tc>
          <w:tcPr>
            <w:tcW w:w="11163" w:type="dxa"/>
          </w:tcPr>
          <w:p w14:paraId="5FB6B514" w14:textId="4E3131D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مدرس</w:t>
            </w:r>
            <w:proofErr w:type="gramEnd"/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دكتور </w:t>
            </w:r>
          </w:p>
        </w:tc>
      </w:tr>
      <w:tr w:rsidR="002C70F9" w:rsidRPr="002C70F9" w14:paraId="67DE0EDC" w14:textId="77777777" w:rsidTr="002C70F9">
        <w:trPr>
          <w:jc w:val="center"/>
        </w:trPr>
        <w:tc>
          <w:tcPr>
            <w:tcW w:w="11163" w:type="dxa"/>
          </w:tcPr>
          <w:p w14:paraId="623A0BA8" w14:textId="6385B27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 </w:t>
            </w:r>
          </w:p>
        </w:tc>
      </w:tr>
      <w:tr w:rsidR="002C70F9" w:rsidRPr="002C70F9" w14:paraId="3ADF6ED8" w14:textId="77777777" w:rsidTr="002C70F9">
        <w:trPr>
          <w:jc w:val="center"/>
        </w:trPr>
        <w:tc>
          <w:tcPr>
            <w:tcW w:w="11163" w:type="dxa"/>
          </w:tcPr>
          <w:p w14:paraId="4CECFE2A" w14:textId="2F54689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الأحياء المجهرية </w:t>
            </w:r>
          </w:p>
        </w:tc>
      </w:tr>
      <w:tr w:rsidR="002C70F9" w:rsidRPr="002C70F9" w14:paraId="6FB8C709" w14:textId="77777777" w:rsidTr="002C70F9">
        <w:trPr>
          <w:jc w:val="center"/>
        </w:trPr>
        <w:tc>
          <w:tcPr>
            <w:tcW w:w="11163" w:type="dxa"/>
          </w:tcPr>
          <w:p w14:paraId="28AC294A" w14:textId="14BFB29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جامعة</w:t>
            </w:r>
            <w:proofErr w:type="gramEnd"/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 /  كلية التربية للعلوم الصرفة / قسم علوم الحياة </w:t>
            </w:r>
          </w:p>
        </w:tc>
      </w:tr>
      <w:tr w:rsidR="002C70F9" w:rsidRPr="002C70F9" w14:paraId="27DBDDB6" w14:textId="77777777" w:rsidTr="002C70F9">
        <w:trPr>
          <w:jc w:val="center"/>
        </w:trPr>
        <w:tc>
          <w:tcPr>
            <w:tcW w:w="11163" w:type="dxa"/>
          </w:tcPr>
          <w:p w14:paraId="1EB8853B" w14:textId="505C499B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6" w:history="1">
              <w:r w:rsidR="00FA172E" w:rsidRPr="00AE3929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wassan.abdullateef@uodiyala.edu.iq</w:t>
              </w:r>
            </w:hyperlink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69402930" w14:textId="77777777" w:rsidTr="002C70F9">
        <w:trPr>
          <w:jc w:val="center"/>
        </w:trPr>
        <w:tc>
          <w:tcPr>
            <w:tcW w:w="11163" w:type="dxa"/>
          </w:tcPr>
          <w:p w14:paraId="38D54837" w14:textId="1F60CAA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07714726983 </w:t>
            </w:r>
          </w:p>
        </w:tc>
      </w:tr>
      <w:tr w:rsidR="002C70F9" w:rsidRPr="002C70F9" w14:paraId="0901C7C8" w14:textId="77777777" w:rsidTr="002C70F9">
        <w:trPr>
          <w:jc w:val="center"/>
        </w:trPr>
        <w:tc>
          <w:tcPr>
            <w:tcW w:w="11163" w:type="dxa"/>
          </w:tcPr>
          <w:p w14:paraId="5D791404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28F7D5B5" w14:textId="77777777" w:rsidTr="002C70F9">
        <w:trPr>
          <w:jc w:val="center"/>
        </w:trPr>
        <w:tc>
          <w:tcPr>
            <w:tcW w:w="11163" w:type="dxa"/>
          </w:tcPr>
          <w:p w14:paraId="53006061" w14:textId="77777777" w:rsidR="00491104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71FF9EE8" w14:textId="77777777" w:rsidR="00491104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 _ الاحياء المجهرية _ المناعة الوراثية </w:t>
            </w:r>
          </w:p>
          <w:p w14:paraId="0E87DF53" w14:textId="77777777" w:rsidR="00491104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ديالى </w:t>
            </w:r>
          </w:p>
          <w:p w14:paraId="7E823A9B" w14:textId="77777777" w:rsidR="00491104" w:rsidRDefault="00491104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العراق </w:t>
            </w:r>
          </w:p>
          <w:p w14:paraId="4DEA3162" w14:textId="099E87BF" w:rsidR="00FA172E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 w:rsid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2023 </w:t>
            </w:r>
          </w:p>
          <w:p w14:paraId="2459ED78" w14:textId="6699BA0E" w:rsidR="002C70F9" w:rsidRPr="00FA172E" w:rsidRDefault="00491104" w:rsidP="00FA172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الكلية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172E" w:rsidRPr="00FA17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كلية التربية للعلوم </w:t>
            </w:r>
          </w:p>
        </w:tc>
      </w:tr>
      <w:tr w:rsidR="002C70F9" w:rsidRPr="002C70F9" w14:paraId="7493351B" w14:textId="77777777" w:rsidTr="002C70F9">
        <w:trPr>
          <w:jc w:val="center"/>
        </w:trPr>
        <w:tc>
          <w:tcPr>
            <w:tcW w:w="11163" w:type="dxa"/>
          </w:tcPr>
          <w:p w14:paraId="6285180F" w14:textId="77777777" w:rsidR="00491104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gramEnd"/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92A5113" w14:textId="77777777" w:rsidR="00491104" w:rsidRDefault="00491104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</w:t>
            </w:r>
            <w:r w:rsidR="002C70F9" w:rsidRPr="004911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لتخصص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علوم الحياة ـ الاحياء المجهرية </w:t>
            </w:r>
          </w:p>
          <w:p w14:paraId="4CF559E3" w14:textId="6936C8CE" w:rsidR="00491104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 </w:t>
            </w:r>
          </w:p>
          <w:p w14:paraId="2B2C2B3B" w14:textId="77777777" w:rsidR="00491104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</w:t>
            </w:r>
          </w:p>
          <w:p w14:paraId="46CE54AC" w14:textId="16DEE99E" w:rsidR="002C70F9" w:rsidRPr="00491104" w:rsidRDefault="002C70F9" w:rsidP="0049110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4911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 w:rsidRP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4911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2C70F9" w:rsidRPr="002C70F9" w14:paraId="35B700B3" w14:textId="77777777" w:rsidTr="002C70F9">
        <w:trPr>
          <w:jc w:val="center"/>
        </w:trPr>
        <w:tc>
          <w:tcPr>
            <w:tcW w:w="11163" w:type="dxa"/>
          </w:tcPr>
          <w:p w14:paraId="1491AA21" w14:textId="77777777" w:rsidR="00122EDC" w:rsidRDefault="002C70F9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44ECE2E5" w14:textId="77777777" w:rsidR="00122EDC" w:rsidRDefault="002C70F9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لتخصص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 </w:t>
            </w:r>
          </w:p>
          <w:p w14:paraId="1B81A50B" w14:textId="77777777" w:rsidR="00122EDC" w:rsidRDefault="002C70F9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 </w:t>
            </w:r>
          </w:p>
          <w:p w14:paraId="5E80EC06" w14:textId="77777777" w:rsidR="00122EDC" w:rsidRDefault="002C70F9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</w:t>
            </w:r>
          </w:p>
          <w:p w14:paraId="729EE4A5" w14:textId="77777777" w:rsidR="002C70F9" w:rsidRDefault="002C70F9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122E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 w:rsidRP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2007</w:t>
            </w:r>
          </w:p>
          <w:p w14:paraId="4E6938DB" w14:textId="4F1B613F" w:rsidR="00122EDC" w:rsidRPr="00122EDC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C70F9" w:rsidRPr="002C70F9" w14:paraId="253BA1E6" w14:textId="77777777" w:rsidTr="002C70F9">
        <w:trPr>
          <w:jc w:val="center"/>
        </w:trPr>
        <w:tc>
          <w:tcPr>
            <w:tcW w:w="11163" w:type="dxa"/>
          </w:tcPr>
          <w:p w14:paraId="48A2B662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5E3DD5B0" w14:textId="77777777" w:rsidTr="002C70F9">
        <w:trPr>
          <w:jc w:val="center"/>
        </w:trPr>
        <w:tc>
          <w:tcPr>
            <w:tcW w:w="11163" w:type="dxa"/>
          </w:tcPr>
          <w:p w14:paraId="7BBEB54A" w14:textId="4CA527C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16 عام </w:t>
            </w:r>
          </w:p>
        </w:tc>
      </w:tr>
      <w:tr w:rsidR="002C70F9" w:rsidRPr="002C70F9" w14:paraId="5A8B1784" w14:textId="77777777" w:rsidTr="002C70F9">
        <w:trPr>
          <w:jc w:val="center"/>
        </w:trPr>
        <w:tc>
          <w:tcPr>
            <w:tcW w:w="11163" w:type="dxa"/>
          </w:tcPr>
          <w:p w14:paraId="05E6EA21" w14:textId="77777777" w:rsid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27D8C798" w14:textId="77777777" w:rsidR="00122EDC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الأحياء المجهرية </w:t>
            </w:r>
          </w:p>
          <w:p w14:paraId="0DBA0EAF" w14:textId="77777777" w:rsidR="00122EDC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اللافقريات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D161340" w14:textId="77777777" w:rsidR="00122EDC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الأجنة </w:t>
            </w:r>
          </w:p>
          <w:p w14:paraId="7A6076C6" w14:textId="77777777" w:rsidR="00122EDC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التشريح المقارن </w:t>
            </w:r>
          </w:p>
          <w:p w14:paraId="446FEEA9" w14:textId="77777777" w:rsidR="00122EDC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حياتية الخلية </w:t>
            </w:r>
          </w:p>
          <w:p w14:paraId="053B99E2" w14:textId="7D71A08B" w:rsidR="00122EDC" w:rsidRPr="002C70F9" w:rsidRDefault="00122EDC" w:rsidP="00122ED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المناعة </w:t>
            </w:r>
          </w:p>
        </w:tc>
      </w:tr>
      <w:tr w:rsidR="002C70F9" w:rsidRPr="002C70F9" w14:paraId="3FB3F70E" w14:textId="77777777" w:rsidTr="002C70F9">
        <w:trPr>
          <w:jc w:val="center"/>
        </w:trPr>
        <w:tc>
          <w:tcPr>
            <w:tcW w:w="11163" w:type="dxa"/>
          </w:tcPr>
          <w:p w14:paraId="2512076F" w14:textId="44A09F9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50AB405B" w14:textId="77777777" w:rsidTr="002C70F9">
        <w:trPr>
          <w:jc w:val="center"/>
        </w:trPr>
        <w:tc>
          <w:tcPr>
            <w:tcW w:w="11163" w:type="dxa"/>
          </w:tcPr>
          <w:p w14:paraId="7619A3BB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6A60ED64" w14:textId="77777777" w:rsidTr="002C70F9">
        <w:trPr>
          <w:jc w:val="center"/>
        </w:trPr>
        <w:tc>
          <w:tcPr>
            <w:tcW w:w="11163" w:type="dxa"/>
          </w:tcPr>
          <w:p w14:paraId="54D0D3F9" w14:textId="698EB8A3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متنوعة المسارات مناعية جزيئية </w:t>
            </w:r>
          </w:p>
        </w:tc>
      </w:tr>
      <w:tr w:rsidR="002C70F9" w:rsidRPr="002C70F9" w14:paraId="03371A8C" w14:textId="77777777" w:rsidTr="002C70F9">
        <w:trPr>
          <w:jc w:val="center"/>
        </w:trPr>
        <w:tc>
          <w:tcPr>
            <w:tcW w:w="11163" w:type="dxa"/>
          </w:tcPr>
          <w:p w14:paraId="238011C9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12B03D20" w14:textId="77777777" w:rsidTr="002C70F9">
        <w:trPr>
          <w:jc w:val="center"/>
        </w:trPr>
        <w:tc>
          <w:tcPr>
            <w:tcW w:w="11163" w:type="dxa"/>
          </w:tcPr>
          <w:p w14:paraId="74022E1E" w14:textId="008C17D9"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15 بحث </w:t>
            </w:r>
          </w:p>
        </w:tc>
      </w:tr>
      <w:tr w:rsidR="002C70F9" w:rsidRPr="002C70F9" w14:paraId="54AC0AC1" w14:textId="77777777" w:rsidTr="002C70F9">
        <w:trPr>
          <w:jc w:val="center"/>
        </w:trPr>
        <w:tc>
          <w:tcPr>
            <w:tcW w:w="11163" w:type="dxa"/>
          </w:tcPr>
          <w:p w14:paraId="0E25A15C" w14:textId="71B431D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Scopus: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 يوجد </w:t>
            </w:r>
          </w:p>
        </w:tc>
      </w:tr>
      <w:tr w:rsidR="002C70F9" w:rsidRPr="002C70F9" w14:paraId="24D7A1DC" w14:textId="77777777" w:rsidTr="002C70F9">
        <w:trPr>
          <w:jc w:val="center"/>
        </w:trPr>
        <w:tc>
          <w:tcPr>
            <w:tcW w:w="11163" w:type="dxa"/>
          </w:tcPr>
          <w:p w14:paraId="67258120" w14:textId="5E4EC45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Science: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3D1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13 </w:t>
            </w:r>
            <w:r w:rsidR="00122E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بحثان </w:t>
            </w:r>
          </w:p>
        </w:tc>
      </w:tr>
      <w:tr w:rsidR="002C70F9" w:rsidRPr="002C70F9" w14:paraId="05642780" w14:textId="77777777" w:rsidTr="002C70F9">
        <w:trPr>
          <w:jc w:val="center"/>
        </w:trPr>
        <w:tc>
          <w:tcPr>
            <w:tcW w:w="11163" w:type="dxa"/>
          </w:tcPr>
          <w:p w14:paraId="7F694AB6" w14:textId="3F38433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333D1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14:paraId="75643275" w14:textId="77777777" w:rsidTr="002C70F9">
        <w:trPr>
          <w:jc w:val="center"/>
        </w:trPr>
        <w:tc>
          <w:tcPr>
            <w:tcW w:w="11163" w:type="dxa"/>
          </w:tcPr>
          <w:p w14:paraId="6E4C04E2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lastRenderedPageBreak/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DAEB666" w14:textId="77777777" w:rsidTr="002C70F9">
        <w:trPr>
          <w:jc w:val="center"/>
        </w:trPr>
        <w:tc>
          <w:tcPr>
            <w:tcW w:w="11163" w:type="dxa"/>
          </w:tcPr>
          <w:p w14:paraId="1FF0A320" w14:textId="787BFAF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</w:t>
            </w:r>
            <w:r w:rsidR="00D52B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2BDD" w:rsidRPr="00D52B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="00D52BDD" w:rsidRPr="00AE3929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https://scholar.google.com/citations?hl=ar&amp;user=s3rJmb0AAAAJ</w:t>
              </w:r>
            </w:hyperlink>
            <w:r w:rsidR="00D52B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</w:t>
            </w:r>
            <w:r w:rsidR="00D52B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2C70F9" w:rsidRPr="002C70F9" w14:paraId="08F26101" w14:textId="77777777" w:rsidTr="002C70F9">
        <w:trPr>
          <w:jc w:val="center"/>
        </w:trPr>
        <w:tc>
          <w:tcPr>
            <w:tcW w:w="11163" w:type="dxa"/>
          </w:tcPr>
          <w:p w14:paraId="62985499" w14:textId="7F3F2CB0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D52B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="00D52BDD" w:rsidRPr="00AE3929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wassan.abdullateef@uodiyala.edu.iq</w:t>
              </w:r>
            </w:hyperlink>
            <w:r w:rsidR="00D52B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          </w:t>
            </w:r>
            <w:r w:rsidR="00D52B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2C70F9" w:rsidRPr="002C70F9" w14:paraId="2E8BA12F" w14:textId="77777777" w:rsidTr="002C70F9">
        <w:trPr>
          <w:jc w:val="center"/>
        </w:trPr>
        <w:tc>
          <w:tcPr>
            <w:tcW w:w="11163" w:type="dxa"/>
          </w:tcPr>
          <w:p w14:paraId="55801AA9" w14:textId="1C45951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D52B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2C70F9" w:rsidRPr="002C70F9" w14:paraId="22EEA024" w14:textId="77777777" w:rsidTr="002C70F9">
        <w:trPr>
          <w:jc w:val="center"/>
        </w:trPr>
        <w:tc>
          <w:tcPr>
            <w:tcW w:w="11163" w:type="dxa"/>
          </w:tcPr>
          <w:p w14:paraId="3DB34F1B" w14:textId="1A8FA062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9604D8">
              <w:t xml:space="preserve"> </w:t>
            </w:r>
            <w:r w:rsidR="009604D8" w:rsidRPr="009604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0009-0005-3438-991X</w:t>
            </w:r>
            <w:r w:rsidR="003A55B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9604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2C70F9" w:rsidRPr="002C70F9" w14:paraId="1F385247" w14:textId="77777777" w:rsidTr="002C70F9">
        <w:trPr>
          <w:jc w:val="center"/>
        </w:trPr>
        <w:tc>
          <w:tcPr>
            <w:tcW w:w="11163" w:type="dxa"/>
          </w:tcPr>
          <w:p w14:paraId="37825D0B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331DD91F" w14:textId="77777777" w:rsidTr="002C70F9">
        <w:trPr>
          <w:jc w:val="center"/>
        </w:trPr>
        <w:tc>
          <w:tcPr>
            <w:tcW w:w="11163" w:type="dxa"/>
          </w:tcPr>
          <w:p w14:paraId="600ECC22" w14:textId="77777777" w:rsid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2AD5593C" w14:textId="77777777" w:rsidR="00436CB5" w:rsidRDefault="00436CB5" w:rsidP="00436CB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7 مؤتمرات </w:t>
            </w:r>
          </w:p>
          <w:p w14:paraId="4EB93B1E" w14:textId="399D1DA4" w:rsidR="00436CB5" w:rsidRPr="002C70F9" w:rsidRDefault="00436CB5" w:rsidP="00436CB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100 ندوة </w:t>
            </w:r>
          </w:p>
        </w:tc>
      </w:tr>
      <w:tr w:rsidR="002C70F9" w:rsidRPr="002C70F9" w14:paraId="1B7FDFE8" w14:textId="77777777" w:rsidTr="002C70F9">
        <w:trPr>
          <w:jc w:val="center"/>
        </w:trPr>
        <w:tc>
          <w:tcPr>
            <w:tcW w:w="11163" w:type="dxa"/>
          </w:tcPr>
          <w:p w14:paraId="5FCB6508" w14:textId="77777777" w:rsid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5C1BB9C8" w14:textId="77777777" w:rsidR="00436CB5" w:rsidRDefault="00436CB5" w:rsidP="00436CB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20 ورشة عمل </w:t>
            </w:r>
          </w:p>
          <w:p w14:paraId="1B1F5155" w14:textId="0D8E752F" w:rsidR="00436CB5" w:rsidRPr="002C70F9" w:rsidRDefault="00436CB5" w:rsidP="00436CB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10 دورات </w:t>
            </w:r>
          </w:p>
        </w:tc>
      </w:tr>
      <w:tr w:rsidR="002C70F9" w:rsidRPr="002C70F9" w14:paraId="66E4989B" w14:textId="77777777" w:rsidTr="002C70F9">
        <w:trPr>
          <w:jc w:val="center"/>
        </w:trPr>
        <w:tc>
          <w:tcPr>
            <w:tcW w:w="11163" w:type="dxa"/>
          </w:tcPr>
          <w:p w14:paraId="13BD7956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48043D89" w14:textId="77777777" w:rsidTr="002C70F9">
        <w:trPr>
          <w:jc w:val="center"/>
        </w:trPr>
        <w:tc>
          <w:tcPr>
            <w:tcW w:w="11163" w:type="dxa"/>
          </w:tcPr>
          <w:p w14:paraId="6ABF4D45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14:paraId="1C321B63" w14:textId="77777777" w:rsidTr="002C70F9">
        <w:trPr>
          <w:jc w:val="center"/>
        </w:trPr>
        <w:tc>
          <w:tcPr>
            <w:tcW w:w="11163" w:type="dxa"/>
          </w:tcPr>
          <w:p w14:paraId="65B99911" w14:textId="77777777"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14:paraId="49516242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D503D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8701021">
    <w:abstractNumId w:val="8"/>
  </w:num>
  <w:num w:numId="2" w16cid:durableId="634069019">
    <w:abstractNumId w:val="6"/>
  </w:num>
  <w:num w:numId="3" w16cid:durableId="394008435">
    <w:abstractNumId w:val="5"/>
  </w:num>
  <w:num w:numId="4" w16cid:durableId="1395396218">
    <w:abstractNumId w:val="4"/>
  </w:num>
  <w:num w:numId="5" w16cid:durableId="2006013646">
    <w:abstractNumId w:val="7"/>
  </w:num>
  <w:num w:numId="6" w16cid:durableId="1669823024">
    <w:abstractNumId w:val="3"/>
  </w:num>
  <w:num w:numId="7" w16cid:durableId="796794628">
    <w:abstractNumId w:val="2"/>
  </w:num>
  <w:num w:numId="8" w16cid:durableId="853496436">
    <w:abstractNumId w:val="1"/>
  </w:num>
  <w:num w:numId="9" w16cid:durableId="1321730635">
    <w:abstractNumId w:val="0"/>
  </w:num>
  <w:num w:numId="10" w16cid:durableId="1596017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2EDC"/>
    <w:rsid w:val="0015074B"/>
    <w:rsid w:val="0029639D"/>
    <w:rsid w:val="002C70F9"/>
    <w:rsid w:val="00326F90"/>
    <w:rsid w:val="00333D17"/>
    <w:rsid w:val="003A55BC"/>
    <w:rsid w:val="00436CB5"/>
    <w:rsid w:val="00491104"/>
    <w:rsid w:val="005414B8"/>
    <w:rsid w:val="00603818"/>
    <w:rsid w:val="009604D8"/>
    <w:rsid w:val="009B040F"/>
    <w:rsid w:val="00A02749"/>
    <w:rsid w:val="00AA1D8D"/>
    <w:rsid w:val="00B47730"/>
    <w:rsid w:val="00CB0664"/>
    <w:rsid w:val="00CF5BF5"/>
    <w:rsid w:val="00D52BDD"/>
    <w:rsid w:val="00D8032D"/>
    <w:rsid w:val="00FA17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559A47"/>
  <w14:defaultImageDpi w14:val="300"/>
  <w15:docId w15:val="{BF2CC512-B5C4-4679-9008-6C58B078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FA172E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FA1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ssan.abdullateef@uodiyala.edu.iq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lar.google.com/citations?hl=ar&amp;user=s3rJmb0AAA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assan.abdullateef@uodiyala.edu.i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7</cp:revision>
  <dcterms:created xsi:type="dcterms:W3CDTF">2013-12-23T23:15:00Z</dcterms:created>
  <dcterms:modified xsi:type="dcterms:W3CDTF">2026-03-11T19:03:00Z</dcterms:modified>
  <cp:category/>
</cp:coreProperties>
</file>