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1163" w:type="dxa"/>
        <w:jc w:val="center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Heading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74C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F74C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نورا ضياء الدين عبد خالد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74C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استاذ مساعد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74C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 حياة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74C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علم الحيوان/طفيليات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74C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جامعة ديالى/كلية التربية للعلوم الصرفة/علوم الحياة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F74C2E">
            <w:pPr>
              <w:pStyle w:val="ListBullet"/>
              <w:bidi/>
            </w:pPr>
            <w:r w:rsidRPr="002C70F9">
              <w:rPr>
                <w:rtl/>
              </w:rPr>
              <w:t>البريد</w:t>
            </w:r>
            <w:r w:rsidRPr="002C70F9">
              <w:t xml:space="preserve"> </w:t>
            </w:r>
            <w:r w:rsidRPr="002C70F9">
              <w:rPr>
                <w:rtl/>
              </w:rPr>
              <w:t>الإلكتروني</w:t>
            </w:r>
            <w:r w:rsidRPr="002C70F9">
              <w:t xml:space="preserve"> </w:t>
            </w:r>
            <w:hyperlink r:id="rId6" w:history="1">
              <w:r w:rsidR="00F74C2E" w:rsidRPr="006F2BE3">
                <w:rPr>
                  <w:rStyle w:val="Hyperlink"/>
                  <w:rtl/>
                </w:rPr>
                <w:t>الرسمي</w:t>
              </w:r>
              <w:r w:rsidR="00F74C2E" w:rsidRPr="006F2BE3">
                <w:rPr>
                  <w:rStyle w:val="Hyperlink"/>
                  <w:rFonts w:hint="cs"/>
                  <w:rtl/>
                </w:rPr>
                <w:t xml:space="preserve">:  </w:t>
              </w:r>
              <w:r w:rsidR="00F74C2E" w:rsidRPr="006F2BE3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nora.dhea@uodiyala.edu.iq</w:t>
              </w:r>
            </w:hyperlink>
            <w:r w:rsidR="00F74C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74C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07700127893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="00F74C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حياة/علم الحيوان/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</w:t>
            </w:r>
            <w:r w:rsidR="00F74C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طفيليات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</w:t>
            </w:r>
            <w:r w:rsidR="00F74C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 ديالى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</w:t>
            </w:r>
            <w:r w:rsidR="00F74C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: العراق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F74C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2024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</w:t>
            </w:r>
            <w:r w:rsidR="00F74C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: علوم حياة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F74C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ديالى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</w:t>
            </w:r>
            <w:r w:rsidR="00F74C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F74C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2018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="00F74C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="00F74C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حياة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443D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ديالى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</w:t>
            </w:r>
            <w:r w:rsidR="009443D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9443D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2009-2010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443D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15 سنة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443D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طفيليات/نظري وعملي-حشرات عملي-تشريح مقارن عملي-منهج بحث علمي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  <w:r w:rsidR="009443D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الامراض الطفيلية-الطفيليات الخارجية المهددة للاقتصاد والثروة الحيوانية-المفصليات والحشرات-الدراسات الجزيئية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443D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9443D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9443D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D2C73">
            <w:pPr>
              <w:pStyle w:val="ListBullet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  <w:r w:rsidR="008D2C7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8D2C73" w:rsidRPr="008D2C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https://scholar.google.com/citations?user=q3OwKW4AAAAJ&amp;hl=ar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D042BE">
            <w:pPr>
              <w:pStyle w:val="ListBullet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Scopus Author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ID:</w:t>
            </w:r>
            <w:r w:rsidR="00D042BE" w:rsidRPr="00D042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</w:t>
            </w:r>
            <w:proofErr w:type="spellEnd"/>
            <w:r w:rsidR="00D042BE" w:rsidRPr="00D042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://www.scopus.com/authid/detail.uri?authorId=57216800291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FC44B1">
            <w:pPr>
              <w:pStyle w:val="ListBullet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ResearchGate:</w:t>
            </w:r>
            <w:r w:rsidR="00FC44B1" w:rsidRPr="00FC4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</w:t>
            </w:r>
            <w:proofErr w:type="spellEnd"/>
            <w:r w:rsidR="00FC44B1" w:rsidRPr="00FC4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://www.researchgate.net/profile/Noora-Abed-3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FC44B1">
            <w:pPr>
              <w:pStyle w:val="ListBullet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  <w:r w:rsidR="00FC44B1" w:rsidRPr="00FC4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</w:t>
            </w:r>
            <w:proofErr w:type="spellEnd"/>
            <w:r w:rsidR="00FC44B1" w:rsidRPr="00FC4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://orcid.org/0009-0000-7075-1633</w:t>
            </w:r>
            <w:r w:rsidR="00FC44B1" w:rsidRPr="00FC44B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             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C4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C4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C4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FC44B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مدرب دولي </w:t>
            </w:r>
            <w:r w:rsidR="00FC44B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TOT</w:t>
            </w:r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C44B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الانكليزية والتركية</w:t>
            </w:r>
          </w:p>
        </w:tc>
      </w:tr>
    </w:tbl>
    <w:p w:rsidR="00D8032D" w:rsidRPr="00603818" w:rsidRDefault="00D8032D" w:rsidP="002C70F9">
      <w:pPr>
        <w:pStyle w:val="ListBullet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D1A89"/>
    <w:rsid w:val="0029639D"/>
    <w:rsid w:val="002C70F9"/>
    <w:rsid w:val="00326F90"/>
    <w:rsid w:val="003364A8"/>
    <w:rsid w:val="00421420"/>
    <w:rsid w:val="005414B8"/>
    <w:rsid w:val="005E1884"/>
    <w:rsid w:val="00603818"/>
    <w:rsid w:val="006B646F"/>
    <w:rsid w:val="008D2C73"/>
    <w:rsid w:val="009443DF"/>
    <w:rsid w:val="00955F2C"/>
    <w:rsid w:val="009B040F"/>
    <w:rsid w:val="00A02749"/>
    <w:rsid w:val="00AA1D8D"/>
    <w:rsid w:val="00B47730"/>
    <w:rsid w:val="00CB0664"/>
    <w:rsid w:val="00D042BE"/>
    <w:rsid w:val="00D8032D"/>
    <w:rsid w:val="00F74C2E"/>
    <w:rsid w:val="00FC44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8A2178"/>
  <w14:defaultImageDpi w14:val="300"/>
  <w15:docId w15:val="{A545CB66-E241-4B69-BEDB-DD74BCDC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74C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&#1575;&#1604;&#1585;&#1587;&#1605;&#1610;:%20%20nora.dhea@uodiyala.edu.i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0890B0-EE15-4F78-BD0B-4D0FE423B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2</cp:revision>
  <dcterms:created xsi:type="dcterms:W3CDTF">2026-03-08T18:55:00Z</dcterms:created>
  <dcterms:modified xsi:type="dcterms:W3CDTF">2026-03-08T18:55:00Z</dcterms:modified>
  <cp:category/>
</cp:coreProperties>
</file>