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0506C43D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79DBEC57" w14:textId="77777777" w:rsidR="002C70F9" w:rsidRPr="002C70F9" w:rsidRDefault="002C70F9" w:rsidP="002C70F9">
            <w:pPr>
              <w:pStyle w:val="1"/>
              <w:bidi/>
              <w:jc w:val="center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5CDFBF70" w14:textId="77777777" w:rsidTr="002C70F9">
        <w:trPr>
          <w:jc w:val="center"/>
        </w:trPr>
        <w:tc>
          <w:tcPr>
            <w:tcW w:w="11163" w:type="dxa"/>
          </w:tcPr>
          <w:p w14:paraId="6FA30ABC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793ECB17" w14:textId="77777777" w:rsidTr="002C70F9">
        <w:trPr>
          <w:jc w:val="center"/>
        </w:trPr>
        <w:tc>
          <w:tcPr>
            <w:tcW w:w="11163" w:type="dxa"/>
          </w:tcPr>
          <w:p w14:paraId="0EC01052" w14:textId="7C64D48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هند طاهر قادر</w:t>
            </w:r>
          </w:p>
        </w:tc>
      </w:tr>
      <w:tr w:rsidR="002C70F9" w:rsidRPr="002C70F9" w14:paraId="6170EC82" w14:textId="77777777" w:rsidTr="002C70F9">
        <w:trPr>
          <w:jc w:val="center"/>
        </w:trPr>
        <w:tc>
          <w:tcPr>
            <w:tcW w:w="11163" w:type="dxa"/>
          </w:tcPr>
          <w:p w14:paraId="79021F1F" w14:textId="0FE173F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أستاذ مساعد</w:t>
            </w:r>
          </w:p>
        </w:tc>
      </w:tr>
      <w:tr w:rsidR="002C70F9" w:rsidRPr="002C70F9" w14:paraId="39C12346" w14:textId="77777777" w:rsidTr="002C70F9">
        <w:trPr>
          <w:jc w:val="center"/>
        </w:trPr>
        <w:tc>
          <w:tcPr>
            <w:tcW w:w="11163" w:type="dxa"/>
          </w:tcPr>
          <w:p w14:paraId="442E27FE" w14:textId="50561EA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حياة</w:t>
            </w:r>
          </w:p>
        </w:tc>
      </w:tr>
      <w:tr w:rsidR="002C70F9" w:rsidRPr="002C70F9" w14:paraId="76A3B6FA" w14:textId="77777777" w:rsidTr="002C70F9">
        <w:trPr>
          <w:jc w:val="center"/>
        </w:trPr>
        <w:tc>
          <w:tcPr>
            <w:tcW w:w="11163" w:type="dxa"/>
          </w:tcPr>
          <w:p w14:paraId="417312C4" w14:textId="157C27F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علم الحيوان -الانسجة </w:t>
            </w:r>
          </w:p>
        </w:tc>
      </w:tr>
      <w:tr w:rsidR="002C70F9" w:rsidRPr="002C70F9" w14:paraId="45543730" w14:textId="77777777" w:rsidTr="002C70F9">
        <w:trPr>
          <w:jc w:val="center"/>
        </w:trPr>
        <w:tc>
          <w:tcPr>
            <w:tcW w:w="11163" w:type="dxa"/>
          </w:tcPr>
          <w:p w14:paraId="01AF837E" w14:textId="22E2AAD3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 -كلية التربية للعلوم الصرفة-قسم علوم حياة</w:t>
            </w:r>
          </w:p>
        </w:tc>
      </w:tr>
      <w:tr w:rsidR="002C70F9" w:rsidRPr="002C70F9" w14:paraId="117F062B" w14:textId="77777777" w:rsidTr="002C70F9">
        <w:trPr>
          <w:jc w:val="center"/>
        </w:trPr>
        <w:tc>
          <w:tcPr>
            <w:tcW w:w="11163" w:type="dxa"/>
          </w:tcPr>
          <w:p w14:paraId="4AD6120B" w14:textId="171595D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CF64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hind.tahir.qadir@uodiyala.</w:t>
            </w:r>
            <w:r w:rsidR="00415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edu.iq</w:t>
            </w:r>
          </w:p>
        </w:tc>
      </w:tr>
      <w:tr w:rsidR="002C70F9" w:rsidRPr="002C70F9" w14:paraId="4605FF41" w14:textId="77777777" w:rsidTr="002C70F9">
        <w:trPr>
          <w:jc w:val="center"/>
        </w:trPr>
        <w:tc>
          <w:tcPr>
            <w:tcW w:w="11163" w:type="dxa"/>
          </w:tcPr>
          <w:p w14:paraId="511C4EC0" w14:textId="68FBBCFC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07714871613</w:t>
            </w:r>
          </w:p>
        </w:tc>
      </w:tr>
      <w:tr w:rsidR="002C70F9" w:rsidRPr="002C70F9" w14:paraId="76F73753" w14:textId="77777777" w:rsidTr="002C70F9">
        <w:trPr>
          <w:jc w:val="center"/>
        </w:trPr>
        <w:tc>
          <w:tcPr>
            <w:tcW w:w="11163" w:type="dxa"/>
          </w:tcPr>
          <w:p w14:paraId="6F1E42D7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2E73D665" w14:textId="77777777" w:rsidTr="002C70F9">
        <w:trPr>
          <w:jc w:val="center"/>
        </w:trPr>
        <w:tc>
          <w:tcPr>
            <w:tcW w:w="11163" w:type="dxa"/>
          </w:tcPr>
          <w:p w14:paraId="051269DC" w14:textId="1D678430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حياه-علم الحيوان-جامعة ديالى-العراق-2022</w:t>
            </w:r>
          </w:p>
        </w:tc>
      </w:tr>
      <w:tr w:rsidR="002C70F9" w:rsidRPr="002C70F9" w14:paraId="3FB99237" w14:textId="77777777" w:rsidTr="002C70F9">
        <w:trPr>
          <w:jc w:val="center"/>
        </w:trPr>
        <w:tc>
          <w:tcPr>
            <w:tcW w:w="11163" w:type="dxa"/>
          </w:tcPr>
          <w:p w14:paraId="2CF4A062" w14:textId="6CB213D9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حياة-علم الحيوان-جامعة ديالى-العراق-2014</w:t>
            </w:r>
          </w:p>
        </w:tc>
      </w:tr>
      <w:tr w:rsidR="002C70F9" w:rsidRPr="002C70F9" w14:paraId="07BDC97F" w14:textId="77777777" w:rsidTr="002C70F9">
        <w:trPr>
          <w:jc w:val="center"/>
        </w:trPr>
        <w:tc>
          <w:tcPr>
            <w:tcW w:w="11163" w:type="dxa"/>
          </w:tcPr>
          <w:p w14:paraId="4D2B0DD0" w14:textId="3EBA4F7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حياة-جامعة ديالى-العراق-2003</w:t>
            </w:r>
          </w:p>
        </w:tc>
      </w:tr>
      <w:tr w:rsidR="002C70F9" w:rsidRPr="002C70F9" w14:paraId="51EF4E90" w14:textId="77777777" w:rsidTr="002C70F9">
        <w:trPr>
          <w:jc w:val="center"/>
        </w:trPr>
        <w:tc>
          <w:tcPr>
            <w:tcW w:w="11163" w:type="dxa"/>
          </w:tcPr>
          <w:p w14:paraId="16E7B3F4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4734B466" w14:textId="77777777" w:rsidTr="002C70F9">
        <w:trPr>
          <w:jc w:val="center"/>
        </w:trPr>
        <w:tc>
          <w:tcPr>
            <w:tcW w:w="11163" w:type="dxa"/>
          </w:tcPr>
          <w:p w14:paraId="64A5C99F" w14:textId="023DA5B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F64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2014-2026</w:t>
            </w:r>
          </w:p>
        </w:tc>
      </w:tr>
      <w:tr w:rsidR="002C70F9" w:rsidRPr="002C70F9" w14:paraId="3F90672A" w14:textId="77777777" w:rsidTr="002C70F9">
        <w:trPr>
          <w:jc w:val="center"/>
        </w:trPr>
        <w:tc>
          <w:tcPr>
            <w:tcW w:w="11163" w:type="dxa"/>
          </w:tcPr>
          <w:p w14:paraId="4BF98C83" w14:textId="26F1C509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D24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الانسجة</w:t>
            </w:r>
          </w:p>
        </w:tc>
      </w:tr>
      <w:tr w:rsidR="002C70F9" w:rsidRPr="002C70F9" w14:paraId="258A4548" w14:textId="77777777" w:rsidTr="002C70F9">
        <w:trPr>
          <w:jc w:val="center"/>
        </w:trPr>
        <w:tc>
          <w:tcPr>
            <w:tcW w:w="11163" w:type="dxa"/>
          </w:tcPr>
          <w:p w14:paraId="21D28D7A" w14:textId="5E62E781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D24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لاتوجد</w:t>
            </w:r>
          </w:p>
        </w:tc>
      </w:tr>
      <w:tr w:rsidR="002C70F9" w:rsidRPr="002C70F9" w14:paraId="7D099CFD" w14:textId="77777777" w:rsidTr="002C70F9">
        <w:trPr>
          <w:jc w:val="center"/>
        </w:trPr>
        <w:tc>
          <w:tcPr>
            <w:tcW w:w="11163" w:type="dxa"/>
          </w:tcPr>
          <w:p w14:paraId="4490AB54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3320926D" w14:textId="77777777" w:rsidTr="002C70F9">
        <w:trPr>
          <w:jc w:val="center"/>
        </w:trPr>
        <w:tc>
          <w:tcPr>
            <w:tcW w:w="11163" w:type="dxa"/>
          </w:tcPr>
          <w:p w14:paraId="74D89031" w14:textId="0EFF827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DE6BB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لاتوجد</w:t>
            </w:r>
          </w:p>
        </w:tc>
      </w:tr>
      <w:tr w:rsidR="002C70F9" w:rsidRPr="002C70F9" w14:paraId="650BF204" w14:textId="77777777" w:rsidTr="002C70F9">
        <w:trPr>
          <w:jc w:val="center"/>
        </w:trPr>
        <w:tc>
          <w:tcPr>
            <w:tcW w:w="11163" w:type="dxa"/>
          </w:tcPr>
          <w:p w14:paraId="039E255C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288FE473" w14:textId="77777777" w:rsidTr="002C70F9">
        <w:trPr>
          <w:jc w:val="center"/>
        </w:trPr>
        <w:tc>
          <w:tcPr>
            <w:tcW w:w="11163" w:type="dxa"/>
          </w:tcPr>
          <w:p w14:paraId="16507B1E" w14:textId="61E622FB"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D24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 بحوث</w:t>
            </w:r>
          </w:p>
        </w:tc>
      </w:tr>
      <w:tr w:rsidR="002C70F9" w:rsidRPr="002C70F9" w14:paraId="181756C5" w14:textId="77777777" w:rsidTr="002C70F9">
        <w:trPr>
          <w:jc w:val="center"/>
        </w:trPr>
        <w:tc>
          <w:tcPr>
            <w:tcW w:w="11163" w:type="dxa"/>
          </w:tcPr>
          <w:p w14:paraId="333BCC3F" w14:textId="02E01F9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1D24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 بحوث</w:t>
            </w:r>
          </w:p>
        </w:tc>
      </w:tr>
      <w:tr w:rsidR="002C70F9" w:rsidRPr="002C70F9" w14:paraId="0D3B6C34" w14:textId="77777777" w:rsidTr="002C70F9">
        <w:trPr>
          <w:jc w:val="center"/>
        </w:trPr>
        <w:tc>
          <w:tcPr>
            <w:tcW w:w="11163" w:type="dxa"/>
          </w:tcPr>
          <w:p w14:paraId="52687ACA" w14:textId="497DFB6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1D24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 بحوث</w:t>
            </w:r>
          </w:p>
        </w:tc>
      </w:tr>
      <w:tr w:rsidR="002C70F9" w:rsidRPr="002C70F9" w14:paraId="5630D0F4" w14:textId="77777777" w:rsidTr="002C70F9">
        <w:trPr>
          <w:jc w:val="center"/>
        </w:trPr>
        <w:tc>
          <w:tcPr>
            <w:tcW w:w="11163" w:type="dxa"/>
          </w:tcPr>
          <w:p w14:paraId="3BB2D20B" w14:textId="04361CB2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1D24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لاتوجد</w:t>
            </w:r>
          </w:p>
        </w:tc>
      </w:tr>
      <w:tr w:rsidR="002C70F9" w:rsidRPr="002C70F9" w14:paraId="37F14F83" w14:textId="77777777" w:rsidTr="002C70F9">
        <w:trPr>
          <w:jc w:val="center"/>
        </w:trPr>
        <w:tc>
          <w:tcPr>
            <w:tcW w:w="11163" w:type="dxa"/>
          </w:tcPr>
          <w:p w14:paraId="29CCFC21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4ACE1C77" w14:textId="77777777" w:rsidTr="002C70F9">
        <w:trPr>
          <w:jc w:val="center"/>
        </w:trPr>
        <w:tc>
          <w:tcPr>
            <w:tcW w:w="11163" w:type="dxa"/>
          </w:tcPr>
          <w:p w14:paraId="3F84200B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14:paraId="4B75ECD1" w14:textId="77777777" w:rsidTr="002C70F9">
        <w:trPr>
          <w:jc w:val="center"/>
        </w:trPr>
        <w:tc>
          <w:tcPr>
            <w:tcW w:w="11163" w:type="dxa"/>
          </w:tcPr>
          <w:p w14:paraId="6026CC3B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14:paraId="6CE58ACD" w14:textId="77777777" w:rsidTr="002C70F9">
        <w:trPr>
          <w:jc w:val="center"/>
        </w:trPr>
        <w:tc>
          <w:tcPr>
            <w:tcW w:w="11163" w:type="dxa"/>
          </w:tcPr>
          <w:p w14:paraId="060AF1A9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</w:p>
        </w:tc>
      </w:tr>
      <w:tr w:rsidR="002C70F9" w:rsidRPr="002C70F9" w14:paraId="635A3D44" w14:textId="77777777" w:rsidTr="002C70F9">
        <w:trPr>
          <w:jc w:val="center"/>
        </w:trPr>
        <w:tc>
          <w:tcPr>
            <w:tcW w:w="11163" w:type="dxa"/>
          </w:tcPr>
          <w:p w14:paraId="3D0AD355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14:paraId="05E15F01" w14:textId="77777777" w:rsidTr="002C70F9">
        <w:trPr>
          <w:jc w:val="center"/>
        </w:trPr>
        <w:tc>
          <w:tcPr>
            <w:tcW w:w="11163" w:type="dxa"/>
          </w:tcPr>
          <w:p w14:paraId="17ED4E4B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3710ADB4" w14:textId="77777777" w:rsidTr="002C70F9">
        <w:trPr>
          <w:jc w:val="center"/>
        </w:trPr>
        <w:tc>
          <w:tcPr>
            <w:tcW w:w="11163" w:type="dxa"/>
          </w:tcPr>
          <w:p w14:paraId="7B75D560" w14:textId="77777777" w:rsid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02B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البروتينات التقلصية في الالياف العضلية </w:t>
            </w:r>
          </w:p>
          <w:p w14:paraId="78BAF917" w14:textId="77777777" w:rsidR="00102BD9" w:rsidRDefault="00102BD9" w:rsidP="00102BD9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ندوة عن الاوميغا3</w:t>
            </w:r>
          </w:p>
          <w:p w14:paraId="32064EFA" w14:textId="422E4632" w:rsidR="00102BD9" w:rsidRPr="002C70F9" w:rsidRDefault="00102BD9" w:rsidP="00102BD9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تفشي ظاهرة تناول المخدرات بين طلبة لمدارس والجامعات </w:t>
            </w:r>
          </w:p>
        </w:tc>
      </w:tr>
      <w:tr w:rsidR="002C70F9" w:rsidRPr="002C70F9" w14:paraId="7FE40E49" w14:textId="77777777" w:rsidTr="002C70F9">
        <w:trPr>
          <w:jc w:val="center"/>
        </w:trPr>
        <w:tc>
          <w:tcPr>
            <w:tcW w:w="11163" w:type="dxa"/>
          </w:tcPr>
          <w:p w14:paraId="15E4A6EA" w14:textId="67AE5060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02B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كيفية انتقال السياله العصبية </w:t>
            </w:r>
          </w:p>
        </w:tc>
      </w:tr>
      <w:tr w:rsidR="002C70F9" w:rsidRPr="002C70F9" w14:paraId="38A97282" w14:textId="77777777" w:rsidTr="002C70F9">
        <w:trPr>
          <w:jc w:val="center"/>
        </w:trPr>
        <w:tc>
          <w:tcPr>
            <w:tcW w:w="11163" w:type="dxa"/>
          </w:tcPr>
          <w:p w14:paraId="6B04F7F5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63D7E0EB" w14:textId="77777777" w:rsidTr="002C70F9">
        <w:trPr>
          <w:jc w:val="center"/>
        </w:trPr>
        <w:tc>
          <w:tcPr>
            <w:tcW w:w="11163" w:type="dxa"/>
          </w:tcPr>
          <w:p w14:paraId="579AAC7B" w14:textId="7D35C55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02B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لاتوجد</w:t>
            </w:r>
          </w:p>
        </w:tc>
      </w:tr>
      <w:tr w:rsidR="002C70F9" w:rsidRPr="00603818" w14:paraId="068D8CA6" w14:textId="77777777" w:rsidTr="002C70F9">
        <w:trPr>
          <w:jc w:val="center"/>
        </w:trPr>
        <w:tc>
          <w:tcPr>
            <w:tcW w:w="11163" w:type="dxa"/>
          </w:tcPr>
          <w:p w14:paraId="6BDC8956" w14:textId="2586B93B"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02B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لاتوجد</w:t>
            </w:r>
          </w:p>
        </w:tc>
      </w:tr>
    </w:tbl>
    <w:p w14:paraId="7F597F10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5763531">
    <w:abstractNumId w:val="8"/>
  </w:num>
  <w:num w:numId="2" w16cid:durableId="1207254415">
    <w:abstractNumId w:val="6"/>
  </w:num>
  <w:num w:numId="3" w16cid:durableId="292903320">
    <w:abstractNumId w:val="5"/>
  </w:num>
  <w:num w:numId="4" w16cid:durableId="1248274374">
    <w:abstractNumId w:val="4"/>
  </w:num>
  <w:num w:numId="5" w16cid:durableId="1671525323">
    <w:abstractNumId w:val="7"/>
  </w:num>
  <w:num w:numId="6" w16cid:durableId="193008920">
    <w:abstractNumId w:val="3"/>
  </w:num>
  <w:num w:numId="7" w16cid:durableId="879905249">
    <w:abstractNumId w:val="2"/>
  </w:num>
  <w:num w:numId="8" w16cid:durableId="161940447">
    <w:abstractNumId w:val="1"/>
  </w:num>
  <w:num w:numId="9" w16cid:durableId="46983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2BD9"/>
    <w:rsid w:val="0015074B"/>
    <w:rsid w:val="001D24FF"/>
    <w:rsid w:val="0029639D"/>
    <w:rsid w:val="002C70F9"/>
    <w:rsid w:val="00326F90"/>
    <w:rsid w:val="00381899"/>
    <w:rsid w:val="0041566C"/>
    <w:rsid w:val="005414B8"/>
    <w:rsid w:val="00603818"/>
    <w:rsid w:val="009B040F"/>
    <w:rsid w:val="00A02749"/>
    <w:rsid w:val="00AA1D8D"/>
    <w:rsid w:val="00B47730"/>
    <w:rsid w:val="00CB0664"/>
    <w:rsid w:val="00CF64BB"/>
    <w:rsid w:val="00D8032D"/>
    <w:rsid w:val="00DE6BB4"/>
    <w:rsid w:val="00F26B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60A7C09"/>
  <w14:defaultImageDpi w14:val="300"/>
  <w15:docId w15:val="{136D891C-8355-4AE2-AED6-763555AD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hind taher</cp:lastModifiedBy>
  <cp:revision>9</cp:revision>
  <dcterms:created xsi:type="dcterms:W3CDTF">2013-12-23T23:15:00Z</dcterms:created>
  <dcterms:modified xsi:type="dcterms:W3CDTF">2026-03-09T20:19:00Z</dcterms:modified>
  <cp:category/>
</cp:coreProperties>
</file>