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14:paraId="140B8476" w14:textId="77777777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14:paraId="0EA2BBCE" w14:textId="77777777" w:rsidR="002C70F9" w:rsidRPr="002C70F9" w:rsidRDefault="002C70F9" w:rsidP="002C70F9">
            <w:pPr>
              <w:pStyle w:val="Heading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14:paraId="33928418" w14:textId="77777777" w:rsidTr="002C70F9">
        <w:trPr>
          <w:jc w:val="center"/>
        </w:trPr>
        <w:tc>
          <w:tcPr>
            <w:tcW w:w="11163" w:type="dxa"/>
          </w:tcPr>
          <w:p w14:paraId="18E5664E" w14:textId="77777777"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14:paraId="07236683" w14:textId="77777777" w:rsidTr="002C70F9">
        <w:trPr>
          <w:jc w:val="center"/>
        </w:trPr>
        <w:tc>
          <w:tcPr>
            <w:tcW w:w="11163" w:type="dxa"/>
          </w:tcPr>
          <w:p w14:paraId="16E26AAF" w14:textId="5EC373F6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زياد طارق إبراهيم </w:t>
            </w:r>
          </w:p>
        </w:tc>
      </w:tr>
      <w:tr w:rsidR="002C70F9" w:rsidRPr="002C70F9" w14:paraId="19FB2F8C" w14:textId="77777777" w:rsidTr="002C70F9">
        <w:trPr>
          <w:jc w:val="center"/>
        </w:trPr>
        <w:tc>
          <w:tcPr>
            <w:tcW w:w="11163" w:type="dxa"/>
          </w:tcPr>
          <w:p w14:paraId="74206623" w14:textId="448BB746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أستاذ </w:t>
            </w:r>
          </w:p>
        </w:tc>
      </w:tr>
      <w:tr w:rsidR="002C70F9" w:rsidRPr="002C70F9" w14:paraId="62732B1D" w14:textId="77777777" w:rsidTr="002C70F9">
        <w:trPr>
          <w:jc w:val="center"/>
        </w:trPr>
        <w:tc>
          <w:tcPr>
            <w:tcW w:w="11163" w:type="dxa"/>
          </w:tcPr>
          <w:p w14:paraId="545BD7D0" w14:textId="5E2B4EAE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الكيمياء </w:t>
            </w:r>
          </w:p>
        </w:tc>
      </w:tr>
      <w:tr w:rsidR="002C70F9" w:rsidRPr="002C70F9" w14:paraId="6A532F1C" w14:textId="77777777" w:rsidTr="002C70F9">
        <w:trPr>
          <w:jc w:val="center"/>
        </w:trPr>
        <w:tc>
          <w:tcPr>
            <w:tcW w:w="11163" w:type="dxa"/>
          </w:tcPr>
          <w:p w14:paraId="7749EE98" w14:textId="1608DC29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العضوية </w:t>
            </w:r>
          </w:p>
        </w:tc>
      </w:tr>
      <w:tr w:rsidR="002C70F9" w:rsidRPr="002C70F9" w14:paraId="6E93818D" w14:textId="77777777" w:rsidTr="002C70F9">
        <w:trPr>
          <w:jc w:val="center"/>
        </w:trPr>
        <w:tc>
          <w:tcPr>
            <w:tcW w:w="11163" w:type="dxa"/>
          </w:tcPr>
          <w:p w14:paraId="1443229C" w14:textId="17C582B8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ديالى / التربية للعلوم الصرفة/ الكيمياء </w:t>
            </w:r>
          </w:p>
        </w:tc>
      </w:tr>
      <w:tr w:rsidR="002C70F9" w:rsidRPr="002C70F9" w14:paraId="7D7F3877" w14:textId="77777777" w:rsidTr="002C70F9">
        <w:trPr>
          <w:jc w:val="center"/>
        </w:trPr>
        <w:tc>
          <w:tcPr>
            <w:tcW w:w="11163" w:type="dxa"/>
          </w:tcPr>
          <w:p w14:paraId="2BDDF7FC" w14:textId="41D91EE6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52AC1">
              <w:rPr>
                <w:rFonts w:ascii="Roboto" w:hAnsi="Roboto"/>
                <w:color w:val="1F1F1F"/>
                <w:sz w:val="21"/>
                <w:szCs w:val="21"/>
                <w:shd w:val="clear" w:color="auto" w:fill="FFFFFF"/>
              </w:rPr>
              <w:t>ziad.ibrahim@uodiyala.edu.iq</w:t>
            </w:r>
          </w:p>
        </w:tc>
      </w:tr>
      <w:tr w:rsidR="002C70F9" w:rsidRPr="002C70F9" w14:paraId="42C2D42F" w14:textId="77777777" w:rsidTr="002C70F9">
        <w:trPr>
          <w:jc w:val="center"/>
        </w:trPr>
        <w:tc>
          <w:tcPr>
            <w:tcW w:w="11163" w:type="dxa"/>
          </w:tcPr>
          <w:p w14:paraId="14A616BC" w14:textId="77777777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14:paraId="5014E954" w14:textId="77777777" w:rsidTr="002C70F9">
        <w:trPr>
          <w:jc w:val="center"/>
        </w:trPr>
        <w:tc>
          <w:tcPr>
            <w:tcW w:w="11163" w:type="dxa"/>
          </w:tcPr>
          <w:p w14:paraId="4752D728" w14:textId="77777777"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63FA581D" w14:textId="77777777" w:rsidTr="002C70F9">
        <w:trPr>
          <w:jc w:val="center"/>
        </w:trPr>
        <w:tc>
          <w:tcPr>
            <w:tcW w:w="11163" w:type="dxa"/>
          </w:tcPr>
          <w:p w14:paraId="4D482683" w14:textId="02AEF423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علوم الكيمياء / جامعة شفيلد/ المملكة المتحدة/ 2017</w:t>
            </w:r>
          </w:p>
        </w:tc>
      </w:tr>
      <w:tr w:rsidR="002C70F9" w:rsidRPr="002C70F9" w14:paraId="7A897CCF" w14:textId="77777777" w:rsidTr="002C70F9">
        <w:trPr>
          <w:jc w:val="center"/>
        </w:trPr>
        <w:tc>
          <w:tcPr>
            <w:tcW w:w="11163" w:type="dxa"/>
          </w:tcPr>
          <w:p w14:paraId="1613394A" w14:textId="45B804AA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علوم الكيمياء / جامعة بونا / الهند / 2009</w:t>
            </w:r>
          </w:p>
        </w:tc>
      </w:tr>
      <w:tr w:rsidR="002C70F9" w:rsidRPr="002C70F9" w14:paraId="3B1A67D4" w14:textId="77777777" w:rsidTr="002C70F9">
        <w:trPr>
          <w:jc w:val="center"/>
        </w:trPr>
        <w:tc>
          <w:tcPr>
            <w:tcW w:w="11163" w:type="dxa"/>
          </w:tcPr>
          <w:p w14:paraId="0786027F" w14:textId="7485D44A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علوم الكيمياء / جامعة بغداد / 2000</w:t>
            </w:r>
          </w:p>
        </w:tc>
      </w:tr>
      <w:tr w:rsidR="002C70F9" w:rsidRPr="002C70F9" w14:paraId="54F6B243" w14:textId="77777777" w:rsidTr="002C70F9">
        <w:trPr>
          <w:jc w:val="center"/>
        </w:trPr>
        <w:tc>
          <w:tcPr>
            <w:tcW w:w="11163" w:type="dxa"/>
          </w:tcPr>
          <w:p w14:paraId="7F0DF180" w14:textId="77777777"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14:paraId="7CC892D8" w14:textId="77777777" w:rsidTr="002C70F9">
        <w:trPr>
          <w:jc w:val="center"/>
        </w:trPr>
        <w:tc>
          <w:tcPr>
            <w:tcW w:w="11163" w:type="dxa"/>
          </w:tcPr>
          <w:p w14:paraId="17218A6F" w14:textId="781D0064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23 </w:t>
            </w:r>
          </w:p>
        </w:tc>
      </w:tr>
      <w:tr w:rsidR="002C70F9" w:rsidRPr="002C70F9" w14:paraId="33EB4870" w14:textId="77777777" w:rsidTr="002C70F9">
        <w:trPr>
          <w:jc w:val="center"/>
        </w:trPr>
        <w:tc>
          <w:tcPr>
            <w:tcW w:w="11163" w:type="dxa"/>
          </w:tcPr>
          <w:p w14:paraId="35B67675" w14:textId="3634CFB2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العضوية/ ميكانيكية التفاعلات العضوية / الكيمياء الحياتية/ الكيمياء المجسمة/ تشخيص المركبات العضوية / منهج البحث العلمي </w:t>
            </w:r>
          </w:p>
        </w:tc>
      </w:tr>
      <w:tr w:rsidR="002C70F9" w:rsidRPr="002C70F9" w14:paraId="0767B62A" w14:textId="77777777" w:rsidTr="002C70F9">
        <w:trPr>
          <w:jc w:val="center"/>
        </w:trPr>
        <w:tc>
          <w:tcPr>
            <w:tcW w:w="11163" w:type="dxa"/>
          </w:tcPr>
          <w:p w14:paraId="6446B3AC" w14:textId="53394094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8</w:t>
            </w:r>
          </w:p>
        </w:tc>
      </w:tr>
      <w:tr w:rsidR="002C70F9" w:rsidRPr="002C70F9" w14:paraId="6D221A64" w14:textId="77777777" w:rsidTr="002C70F9">
        <w:trPr>
          <w:jc w:val="center"/>
        </w:trPr>
        <w:tc>
          <w:tcPr>
            <w:tcW w:w="11163" w:type="dxa"/>
          </w:tcPr>
          <w:p w14:paraId="30C41338" w14:textId="77777777"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14:paraId="5C8CE1AB" w14:textId="77777777" w:rsidTr="002C70F9">
        <w:trPr>
          <w:jc w:val="center"/>
        </w:trPr>
        <w:tc>
          <w:tcPr>
            <w:tcW w:w="11163" w:type="dxa"/>
          </w:tcPr>
          <w:p w14:paraId="505B605E" w14:textId="77777777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14:paraId="3D9E41B7" w14:textId="77777777" w:rsidTr="002C70F9">
        <w:trPr>
          <w:jc w:val="center"/>
        </w:trPr>
        <w:tc>
          <w:tcPr>
            <w:tcW w:w="11163" w:type="dxa"/>
          </w:tcPr>
          <w:p w14:paraId="23BA5010" w14:textId="77777777"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14:paraId="295F7255" w14:textId="77777777" w:rsidTr="002C70F9">
        <w:trPr>
          <w:jc w:val="center"/>
        </w:trPr>
        <w:tc>
          <w:tcPr>
            <w:tcW w:w="11163" w:type="dxa"/>
          </w:tcPr>
          <w:p w14:paraId="7B4BE364" w14:textId="597F9250" w:rsidR="002C70F9" w:rsidRPr="002C70F9" w:rsidRDefault="005414B8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2A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25A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</w:tr>
      <w:tr w:rsidR="002C70F9" w:rsidRPr="002C70F9" w14:paraId="4025EC47" w14:textId="77777777" w:rsidTr="002C70F9">
        <w:trPr>
          <w:jc w:val="center"/>
        </w:trPr>
        <w:tc>
          <w:tcPr>
            <w:tcW w:w="11163" w:type="dxa"/>
          </w:tcPr>
          <w:p w14:paraId="4DB1FC39" w14:textId="19DC8A36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0973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14</w:t>
            </w:r>
          </w:p>
        </w:tc>
      </w:tr>
      <w:tr w:rsidR="002C70F9" w:rsidRPr="002C70F9" w14:paraId="5CFC3307" w14:textId="77777777" w:rsidTr="002C70F9">
        <w:trPr>
          <w:jc w:val="center"/>
        </w:trPr>
        <w:tc>
          <w:tcPr>
            <w:tcW w:w="11163" w:type="dxa"/>
          </w:tcPr>
          <w:p w14:paraId="09E623E8" w14:textId="539A3CFC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0973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2</w:t>
            </w:r>
          </w:p>
        </w:tc>
      </w:tr>
      <w:tr w:rsidR="002C70F9" w:rsidRPr="002C70F9" w14:paraId="40C610F6" w14:textId="77777777" w:rsidTr="002C70F9">
        <w:trPr>
          <w:jc w:val="center"/>
        </w:trPr>
        <w:tc>
          <w:tcPr>
            <w:tcW w:w="11163" w:type="dxa"/>
          </w:tcPr>
          <w:p w14:paraId="523E72C7" w14:textId="6B4856E5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0973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6</w:t>
            </w:r>
          </w:p>
        </w:tc>
      </w:tr>
      <w:tr w:rsidR="002C70F9" w:rsidRPr="002C70F9" w14:paraId="64167D1D" w14:textId="77777777" w:rsidTr="002C70F9">
        <w:trPr>
          <w:jc w:val="center"/>
        </w:trPr>
        <w:tc>
          <w:tcPr>
            <w:tcW w:w="11163" w:type="dxa"/>
          </w:tcPr>
          <w:p w14:paraId="098590F3" w14:textId="77777777"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70DA01FE" w14:textId="77777777" w:rsidTr="002C70F9">
        <w:trPr>
          <w:jc w:val="center"/>
        </w:trPr>
        <w:tc>
          <w:tcPr>
            <w:tcW w:w="11163" w:type="dxa"/>
          </w:tcPr>
          <w:p w14:paraId="4DCA9C46" w14:textId="5844562F" w:rsidR="002C70F9" w:rsidRPr="00C25A4C" w:rsidRDefault="002C70F9" w:rsidP="00C25A4C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rPr>
                <w:sz w:val="24"/>
                <w:szCs w:val="24"/>
              </w:rPr>
            </w:pPr>
            <w:r w:rsidRPr="00C25A4C">
              <w:rPr>
                <w:sz w:val="24"/>
                <w:szCs w:val="24"/>
              </w:rPr>
              <w:t>Google Scholar:</w:t>
            </w:r>
            <w:r w:rsidR="00A52AC1" w:rsidRPr="00C25A4C">
              <w:rPr>
                <w:sz w:val="24"/>
                <w:szCs w:val="24"/>
              </w:rPr>
              <w:t xml:space="preserve"> </w:t>
            </w:r>
            <w:r w:rsidR="00A52AC1" w:rsidRPr="00C25A4C">
              <w:rPr>
                <w:sz w:val="24"/>
                <w:szCs w:val="24"/>
              </w:rPr>
              <w:t>https://scholar.google.com/citations?user=UBT8HtIAAAAJ&amp;hl=en</w:t>
            </w:r>
            <w:r w:rsidR="00A52AC1" w:rsidRPr="00C25A4C">
              <w:rPr>
                <w:rFonts w:hint="cs"/>
                <w:sz w:val="24"/>
                <w:szCs w:val="24"/>
                <w:rtl/>
              </w:rPr>
              <w:t xml:space="preserve">       </w:t>
            </w:r>
          </w:p>
        </w:tc>
      </w:tr>
      <w:tr w:rsidR="002C70F9" w:rsidRPr="002C70F9" w14:paraId="5C3906FB" w14:textId="77777777" w:rsidTr="002C70F9">
        <w:trPr>
          <w:jc w:val="center"/>
        </w:trPr>
        <w:tc>
          <w:tcPr>
            <w:tcW w:w="11163" w:type="dxa"/>
          </w:tcPr>
          <w:p w14:paraId="768B61EF" w14:textId="446A01EE" w:rsidR="002C70F9" w:rsidRPr="00C25A4C" w:rsidRDefault="002C70F9" w:rsidP="00C25A4C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rPr>
                <w:sz w:val="24"/>
                <w:szCs w:val="24"/>
              </w:rPr>
            </w:pPr>
            <w:r w:rsidRPr="00C25A4C">
              <w:rPr>
                <w:sz w:val="24"/>
                <w:szCs w:val="24"/>
              </w:rPr>
              <w:t>Scopus Author ID:</w:t>
            </w:r>
            <w:r w:rsidR="00A52AC1" w:rsidRPr="00C25A4C">
              <w:rPr>
                <w:sz w:val="24"/>
                <w:szCs w:val="24"/>
              </w:rPr>
              <w:t xml:space="preserve"> </w:t>
            </w:r>
            <w:r w:rsidR="00A52AC1" w:rsidRPr="00C25A4C">
              <w:rPr>
                <w:sz w:val="24"/>
                <w:szCs w:val="24"/>
              </w:rPr>
              <w:t>https://www.scopus.com/authid/detail.uri?authorId=57218574187</w:t>
            </w:r>
          </w:p>
        </w:tc>
      </w:tr>
      <w:tr w:rsidR="002C70F9" w:rsidRPr="002C70F9" w14:paraId="7A5CB984" w14:textId="77777777" w:rsidTr="002C70F9">
        <w:trPr>
          <w:jc w:val="center"/>
        </w:trPr>
        <w:tc>
          <w:tcPr>
            <w:tcW w:w="11163" w:type="dxa"/>
          </w:tcPr>
          <w:p w14:paraId="12CDC073" w14:textId="174ECBBB" w:rsidR="002C70F9" w:rsidRPr="00C25A4C" w:rsidRDefault="002C70F9" w:rsidP="00C25A4C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rPr>
                <w:sz w:val="24"/>
                <w:szCs w:val="24"/>
              </w:rPr>
            </w:pPr>
            <w:r w:rsidRPr="00C25A4C">
              <w:rPr>
                <w:sz w:val="24"/>
                <w:szCs w:val="24"/>
              </w:rPr>
              <w:t>ResearchGate:</w:t>
            </w:r>
            <w:r w:rsidR="00A52AC1" w:rsidRPr="00C25A4C">
              <w:rPr>
                <w:sz w:val="24"/>
                <w:szCs w:val="24"/>
              </w:rPr>
              <w:t xml:space="preserve"> </w:t>
            </w:r>
            <w:r w:rsidR="00A52AC1" w:rsidRPr="00C25A4C">
              <w:rPr>
                <w:sz w:val="24"/>
                <w:szCs w:val="24"/>
              </w:rPr>
              <w:t>https://www.researchgate.net/profile/Ziad-Alkayar?ev=hdr_xprf&amp;_sg=I2L75PDTgLf-0wpg-A61weTSJvYGzL6ZmYD5e55rXQMw6XOzS-QAFhtZgRkl3qzzErcyf9kP6yVyNNawgcoJtqWb</w:t>
            </w:r>
          </w:p>
        </w:tc>
      </w:tr>
      <w:tr w:rsidR="002C70F9" w:rsidRPr="002C70F9" w14:paraId="602ACF01" w14:textId="77777777" w:rsidTr="002C70F9">
        <w:trPr>
          <w:jc w:val="center"/>
        </w:trPr>
        <w:tc>
          <w:tcPr>
            <w:tcW w:w="11163" w:type="dxa"/>
          </w:tcPr>
          <w:p w14:paraId="5245F091" w14:textId="272D7720" w:rsidR="002C70F9" w:rsidRPr="00C25A4C" w:rsidRDefault="002C70F9" w:rsidP="00C25A4C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rPr>
                <w:sz w:val="24"/>
                <w:szCs w:val="24"/>
                <w:rtl/>
              </w:rPr>
            </w:pPr>
            <w:r w:rsidRPr="00C25A4C">
              <w:rPr>
                <w:sz w:val="24"/>
                <w:szCs w:val="24"/>
              </w:rPr>
              <w:t>ORCID:</w:t>
            </w:r>
            <w:r w:rsidR="00A52AC1" w:rsidRPr="00C25A4C">
              <w:rPr>
                <w:sz w:val="24"/>
                <w:szCs w:val="24"/>
              </w:rPr>
              <w:t xml:space="preserve"> </w:t>
            </w:r>
            <w:r w:rsidR="00A52AC1" w:rsidRPr="00C25A4C">
              <w:rPr>
                <w:sz w:val="24"/>
                <w:szCs w:val="24"/>
              </w:rPr>
              <w:t>https://orcid.org/my-orcid?orcid=0000-0002-5112-1422</w:t>
            </w:r>
          </w:p>
        </w:tc>
      </w:tr>
      <w:tr w:rsidR="002C70F9" w:rsidRPr="002C70F9" w14:paraId="6B7C3534" w14:textId="77777777" w:rsidTr="002C70F9">
        <w:trPr>
          <w:jc w:val="center"/>
        </w:trPr>
        <w:tc>
          <w:tcPr>
            <w:tcW w:w="11163" w:type="dxa"/>
          </w:tcPr>
          <w:p w14:paraId="65543B84" w14:textId="77777777"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2AC5A220" w14:textId="77777777" w:rsidTr="002C70F9">
        <w:trPr>
          <w:jc w:val="center"/>
        </w:trPr>
        <w:tc>
          <w:tcPr>
            <w:tcW w:w="11163" w:type="dxa"/>
          </w:tcPr>
          <w:p w14:paraId="17120E92" w14:textId="77777777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14:paraId="67988EC2" w14:textId="77777777" w:rsidTr="002C70F9">
        <w:trPr>
          <w:jc w:val="center"/>
        </w:trPr>
        <w:tc>
          <w:tcPr>
            <w:tcW w:w="11163" w:type="dxa"/>
          </w:tcPr>
          <w:p w14:paraId="7AE96A1B" w14:textId="77777777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14:paraId="1F744702" w14:textId="77777777" w:rsidTr="002C70F9">
        <w:trPr>
          <w:jc w:val="center"/>
        </w:trPr>
        <w:tc>
          <w:tcPr>
            <w:tcW w:w="11163" w:type="dxa"/>
          </w:tcPr>
          <w:p w14:paraId="62A9998B" w14:textId="77777777"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14:paraId="64782E0A" w14:textId="77777777" w:rsidTr="002C70F9">
        <w:trPr>
          <w:jc w:val="center"/>
        </w:trPr>
        <w:tc>
          <w:tcPr>
            <w:tcW w:w="11163" w:type="dxa"/>
          </w:tcPr>
          <w:p w14:paraId="4AD4E594" w14:textId="77777777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14:paraId="7FE01AFC" w14:textId="77777777" w:rsidTr="002C70F9">
        <w:trPr>
          <w:jc w:val="center"/>
        </w:trPr>
        <w:tc>
          <w:tcPr>
            <w:tcW w:w="11163" w:type="dxa"/>
          </w:tcPr>
          <w:p w14:paraId="718B1636" w14:textId="1407245E" w:rsidR="002C70F9" w:rsidRPr="00603818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52B0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الانجليزية</w:t>
            </w:r>
          </w:p>
        </w:tc>
      </w:tr>
    </w:tbl>
    <w:p w14:paraId="53784209" w14:textId="77777777" w:rsidR="00D8032D" w:rsidRPr="00603818" w:rsidRDefault="00D8032D" w:rsidP="002C70F9">
      <w:pPr>
        <w:pStyle w:val="ListBullet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354"/>
    <w:rsid w:val="0015074B"/>
    <w:rsid w:val="0029639D"/>
    <w:rsid w:val="002C70F9"/>
    <w:rsid w:val="00326F90"/>
    <w:rsid w:val="005414B8"/>
    <w:rsid w:val="00603818"/>
    <w:rsid w:val="00752B05"/>
    <w:rsid w:val="009B040F"/>
    <w:rsid w:val="00A02749"/>
    <w:rsid w:val="00A52AC1"/>
    <w:rsid w:val="00AA1D8D"/>
    <w:rsid w:val="00B47730"/>
    <w:rsid w:val="00C25A4C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443691"/>
  <w14:defaultImageDpi w14:val="300"/>
  <w15:docId w15:val="{3AFA40B7-0A22-4B80-B271-EEF80C5A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2E7D2-7FD5-41DF-BBE3-6546DEF0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9</cp:revision>
  <dcterms:created xsi:type="dcterms:W3CDTF">2013-12-23T23:15:00Z</dcterms:created>
  <dcterms:modified xsi:type="dcterms:W3CDTF">2026-02-28T16:45:00Z</dcterms:modified>
  <cp:category/>
</cp:coreProperties>
</file>