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D10B3A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علا مؤيد علي سلمان مصلح العبادي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مدرس مساعد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D10B3A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مناعة وراثية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جامعة ديالى/كلية التربية للعلوم الصرفة /قسم علوم الحياة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D10B3A">
            <w:pPr>
              <w:pStyle w:val="a0"/>
              <w:bidi/>
            </w:pPr>
            <w:r w:rsidRPr="00D10B3A">
              <w:rPr>
                <w:b/>
                <w:bCs/>
                <w:rtl/>
              </w:rPr>
              <w:t>البريد</w:t>
            </w:r>
            <w:r w:rsidRPr="00D10B3A">
              <w:rPr>
                <w:b/>
                <w:bCs/>
              </w:rPr>
              <w:t xml:space="preserve"> </w:t>
            </w:r>
            <w:r w:rsidRPr="00D10B3A">
              <w:rPr>
                <w:b/>
                <w:bCs/>
                <w:rtl/>
              </w:rPr>
              <w:t>الإلكتروني</w:t>
            </w:r>
            <w:r w:rsidRPr="00D10B3A">
              <w:rPr>
                <w:b/>
                <w:bCs/>
              </w:rPr>
              <w:t xml:space="preserve"> </w:t>
            </w:r>
            <w:r w:rsidRPr="00D10B3A">
              <w:rPr>
                <w:b/>
                <w:bCs/>
                <w:rtl/>
              </w:rPr>
              <w:t>الرسمي</w:t>
            </w:r>
            <w:r w:rsidRPr="00D10B3A">
              <w:rPr>
                <w:b/>
                <w:bCs/>
                <w:sz w:val="24"/>
                <w:szCs w:val="24"/>
              </w:rPr>
              <w:t>:</w:t>
            </w:r>
            <w:r w:rsidR="000223EB" w:rsidRPr="00D10B3A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D10B3A">
              <w:rPr>
                <w:rFonts w:hint="cs"/>
                <w:rtl/>
                <w:lang w:bidi="ar-IQ"/>
              </w:rPr>
              <w:t xml:space="preserve">  </w:t>
            </w:r>
            <w:r w:rsidR="00363854">
              <w:rPr>
                <w:lang w:bidi="ar-IQ"/>
              </w:rPr>
              <w:t xml:space="preserve">   </w:t>
            </w:r>
            <w:bookmarkStart w:id="0" w:name="_GoBack"/>
            <w:bookmarkEnd w:id="0"/>
            <w:r w:rsidR="00D10B3A">
              <w:rPr>
                <w:rFonts w:hint="cs"/>
                <w:rtl/>
                <w:lang w:bidi="ar-IQ"/>
              </w:rPr>
              <w:t xml:space="preserve"> </w:t>
            </w:r>
            <w:hyperlink r:id="rId7" w:history="1">
              <w:r w:rsidR="00363854" w:rsidRPr="009F5F65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  <w:lang w:bidi="ar-IQ"/>
                </w:rPr>
                <w:t>olaa.moyad@uodiyala.edu.iq</w:t>
              </w:r>
            </w:hyperlink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3638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                       07732663449     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D10B3A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3638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علوم حياة </w:t>
            </w:r>
            <w:r w:rsidR="000223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جامعة ديالى-العراق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-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2022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ثلاث سنوات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D10B3A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مناعة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(عملي)/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وراثة(عملي)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3638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(3)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0223EB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</w:t>
            </w:r>
            <w:r w:rsidR="00D10B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         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(1)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D10B3A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     </w:t>
            </w:r>
            <w:r w:rsidR="000223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D10B3A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: 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عربية ومحلية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(1)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363854" w:rsidRDefault="002C70F9" w:rsidP="00363854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0B3A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10B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</w:t>
            </w:r>
            <w:r w:rsidR="00D10B3A" w:rsidRPr="003638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363854" w:rsidRP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</w:t>
            </w:r>
            <w:r w:rsidR="00D10B3A" w:rsidRP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https://scholar.google.com/citations?hl=ar&amp;user=crLzl6gAAAAJ</w:t>
            </w:r>
            <w:r w:rsidR="00D10B3A" w:rsidRPr="003638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8F5457" w:rsidP="008F5457">
            <w:pPr>
              <w:pStyle w:val="a0"/>
              <w:bidi/>
            </w:pPr>
            <w:r w:rsidRPr="008F5457">
              <w:rPr>
                <w:b/>
                <w:bCs/>
              </w:rPr>
              <w:t>:</w:t>
            </w:r>
            <w:r w:rsidR="002C70F9" w:rsidRPr="008F5457">
              <w:rPr>
                <w:b/>
                <w:bCs/>
              </w:rPr>
              <w:t>Scopus Author ID</w:t>
            </w:r>
            <w:r w:rsidR="000223EB" w:rsidRPr="008F5457">
              <w:rPr>
                <w:rFonts w:hint="cs"/>
                <w:b/>
                <w:bCs/>
                <w:rtl/>
              </w:rPr>
              <w:t xml:space="preserve"> </w:t>
            </w:r>
            <w:r w:rsidRPr="008F5457">
              <w:rPr>
                <w:b/>
                <w:bCs/>
              </w:rPr>
              <w:t xml:space="preserve">                 </w:t>
            </w:r>
            <w:r>
              <w:t xml:space="preserve">  </w:t>
            </w:r>
            <w:r>
              <w:rPr>
                <w:rFonts w:hint="cs"/>
                <w:rtl/>
                <w:lang w:bidi="ar-IQ"/>
              </w:rPr>
              <w:t xml:space="preserve">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F5457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="008F545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F5457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F545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B15E8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8F545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</w:t>
            </w:r>
            <w:r w:rsidR="008F545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="008F5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Olaa</w:t>
            </w:r>
            <w:proofErr w:type="spellEnd"/>
            <w:r w:rsidR="008F5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F5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moyad</w:t>
            </w:r>
            <w:proofErr w:type="spellEnd"/>
            <w:r w:rsidR="008F545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8F5457" w:rsidP="0036385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</w:t>
            </w:r>
            <w:r w:rsidR="000223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   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 </w:t>
            </w:r>
            <w:r w:rsidR="00363854">
              <w:rPr>
                <w:rFonts w:asciiTheme="majorBidi" w:hAnsiTheme="majorBidi" w:cs="Times New Roman"/>
                <w:b/>
                <w:bCs/>
                <w:sz w:val="24"/>
                <w:szCs w:val="24"/>
                <w:lang w:bidi="ar-IQ"/>
              </w:rPr>
              <w:t>0009-0006-2924-1918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F5457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E4F2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8F545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         1 مؤتمر    1  ندوة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36385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F545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="008F545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دورات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36385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F545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</w:t>
            </w:r>
            <w:r w:rsidR="008F545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662D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F545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363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</w:t>
            </w:r>
            <w:r w:rsidR="002662D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اللغة الانكليزية 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23EB"/>
    <w:rsid w:val="00034616"/>
    <w:rsid w:val="0006063C"/>
    <w:rsid w:val="00104FCC"/>
    <w:rsid w:val="0015074B"/>
    <w:rsid w:val="002662DD"/>
    <w:rsid w:val="0029639D"/>
    <w:rsid w:val="002C70F9"/>
    <w:rsid w:val="00326F90"/>
    <w:rsid w:val="00363854"/>
    <w:rsid w:val="005414B8"/>
    <w:rsid w:val="00603818"/>
    <w:rsid w:val="0074050E"/>
    <w:rsid w:val="008F5457"/>
    <w:rsid w:val="009B040F"/>
    <w:rsid w:val="009E4F29"/>
    <w:rsid w:val="00A02749"/>
    <w:rsid w:val="00AA1D8D"/>
    <w:rsid w:val="00B15E8E"/>
    <w:rsid w:val="00B47730"/>
    <w:rsid w:val="00CB0664"/>
    <w:rsid w:val="00D10B3A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3638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3638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laa.moyad@uodiyala.edu.i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F1A254-24FF-4931-98C6-49DDBF42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1645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Windows User</cp:lastModifiedBy>
  <cp:revision>7</cp:revision>
  <dcterms:created xsi:type="dcterms:W3CDTF">2026-03-07T09:28:00Z</dcterms:created>
  <dcterms:modified xsi:type="dcterms:W3CDTF">2026-03-11T05:08:00Z</dcterms:modified>
</cp:coreProperties>
</file>