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a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خالد هادي حميد شويخ </w:t>
            </w:r>
            <w:proofErr w:type="spellStart"/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الجوراني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مدرس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الرياضيات</w:t>
            </w:r>
            <w:proofErr w:type="gram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الرياضيات</w:t>
            </w:r>
            <w:proofErr w:type="gramEnd"/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التطبيقية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 -كلية التربية للعلوم الصرفة-قسم الرياضيات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F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khalidh@uodiyala.edu.iq</w:t>
            </w:r>
            <w:proofErr w:type="gram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07737889981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روسيا</w:t>
            </w:r>
            <w:proofErr w:type="spellEnd"/>
            <w:proofErr w:type="gramEnd"/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-</w:t>
            </w:r>
            <w:proofErr w:type="spellStart"/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ساراتوف</w:t>
            </w:r>
            <w:proofErr w:type="spellEnd"/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2021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بغداد</w:t>
            </w:r>
            <w:proofErr w:type="gramEnd"/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-العراق-2007-الرياضيات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بغداد</w:t>
            </w:r>
            <w:proofErr w:type="gramEnd"/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-الرياضيات</w:t>
            </w:r>
            <w:proofErr w:type="spellEnd"/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 العراق-2003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تفاضل</w:t>
            </w:r>
            <w:proofErr w:type="gramEnd"/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وتكامل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الرياضيات التطبيقية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7B2FC5">
              <w:t xml:space="preserve"> </w:t>
            </w:r>
            <w:r w:rsidR="007B2FC5" w:rsidRPr="007B2F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https://scholar.google.com/citations?hl=ar&amp;user=8nlqkFcAAAAJ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7B2FC5">
              <w:t xml:space="preserve"> </w:t>
            </w:r>
            <w:r w:rsidR="007B2FC5" w:rsidRPr="007B2F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https://id.elsevier.com/as/yd4Qse7pHy/resume/as/authorization.ping?client_id=OSC-V1&amp;state=login-65e22d7c00baf9.49998826(khalid)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  <w:r w:rsidR="007B2FC5">
              <w:t xml:space="preserve"> </w:t>
            </w:r>
            <w:r w:rsidR="007B2FC5" w:rsidRPr="007B2F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https://www.researchgate.net(Khalid Hameed)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7B2FC5">
              <w:t xml:space="preserve"> </w:t>
            </w:r>
            <w:r w:rsidR="007B2FC5" w:rsidRPr="007B2F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https://orcid.org/0009-0006-1719-0017(khalid)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الوورد</w:t>
            </w:r>
            <w:proofErr w:type="gramEnd"/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proofErr w:type="spellStart"/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اللاتكس</w:t>
            </w:r>
            <w:proofErr w:type="spellEnd"/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F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انكليزي</w:t>
            </w:r>
            <w:proofErr w:type="gramEnd"/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9657185">
    <w:abstractNumId w:val="8"/>
  </w:num>
  <w:num w:numId="2" w16cid:durableId="1689211285">
    <w:abstractNumId w:val="6"/>
  </w:num>
  <w:num w:numId="3" w16cid:durableId="989752642">
    <w:abstractNumId w:val="5"/>
  </w:num>
  <w:num w:numId="4" w16cid:durableId="396442224">
    <w:abstractNumId w:val="4"/>
  </w:num>
  <w:num w:numId="5" w16cid:durableId="1775441252">
    <w:abstractNumId w:val="7"/>
  </w:num>
  <w:num w:numId="6" w16cid:durableId="1056127481">
    <w:abstractNumId w:val="3"/>
  </w:num>
  <w:num w:numId="7" w16cid:durableId="493645247">
    <w:abstractNumId w:val="2"/>
  </w:num>
  <w:num w:numId="8" w16cid:durableId="1754668409">
    <w:abstractNumId w:val="1"/>
  </w:num>
  <w:num w:numId="9" w16cid:durableId="46990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70F9"/>
    <w:rsid w:val="00326F90"/>
    <w:rsid w:val="005414B8"/>
    <w:rsid w:val="00603818"/>
    <w:rsid w:val="007B2FC5"/>
    <w:rsid w:val="009B040F"/>
    <w:rsid w:val="00A02749"/>
    <w:rsid w:val="00AA1D8D"/>
    <w:rsid w:val="00B47730"/>
    <w:rsid w:val="00B75736"/>
    <w:rsid w:val="00C158EF"/>
    <w:rsid w:val="00CB0664"/>
    <w:rsid w:val="00D8032D"/>
    <w:rsid w:val="00F002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AFF93B"/>
  <w14:defaultImageDpi w14:val="300"/>
  <w15:docId w15:val="{2078DF42-36C8-4D38-9990-56F761B4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D2E7D2-7FD5-41DF-BBE3-6546DEF0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SMART</cp:lastModifiedBy>
  <cp:revision>2</cp:revision>
  <dcterms:created xsi:type="dcterms:W3CDTF">2026-03-07T13:29:00Z</dcterms:created>
  <dcterms:modified xsi:type="dcterms:W3CDTF">2026-03-07T13:29:00Z</dcterms:modified>
  <cp:category/>
</cp:coreProperties>
</file>